
<file path=[Content_Types].xml><?xml version="1.0" encoding="utf-8"?>
<Types xmlns="http://schemas.openxmlformats.org/package/2006/content-types">
  <Default Extension="jfif"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CF3A6" w14:textId="77777777" w:rsidR="00D61B79" w:rsidRDefault="00B901AA">
      <w:pPr>
        <w:spacing w:after="20"/>
        <w:jc w:val="center"/>
      </w:pPr>
      <w:r>
        <w:rPr>
          <w:b/>
          <w:color w:val="E31B23"/>
          <w:sz w:val="22"/>
        </w:rPr>
        <w:t>SPECIAL EDITION</w:t>
      </w:r>
    </w:p>
    <w:p w14:paraId="2D0C00D8" w14:textId="77777777" w:rsidR="00D61B79" w:rsidRDefault="00B901AA">
      <w:pPr>
        <w:spacing w:after="20"/>
        <w:jc w:val="center"/>
      </w:pPr>
      <w:r>
        <w:rPr>
          <w:b/>
          <w:color w:val="102A43"/>
          <w:sz w:val="54"/>
        </w:rPr>
        <w:t>OUR NATIONAL SUMMER GAMES</w:t>
      </w:r>
    </w:p>
    <w:p w14:paraId="40893AA1" w14:textId="77777777" w:rsidR="00D61B79" w:rsidRDefault="00B901AA">
      <w:pPr>
        <w:spacing w:after="140"/>
        <w:jc w:val="center"/>
      </w:pPr>
      <w:r>
        <w:rPr>
          <w:b/>
          <w:color w:val="E31B23"/>
          <w:sz w:val="36"/>
        </w:rPr>
        <w:t>BIRMINGHAM 2026</w:t>
      </w:r>
    </w:p>
    <w:p w14:paraId="6B9B1C5C" w14:textId="77777777" w:rsidR="00D61B79" w:rsidRDefault="00B901AA">
      <w:pPr>
        <w:spacing w:after="60"/>
        <w:jc w:val="center"/>
      </w:pPr>
      <w:r>
        <w:rPr>
          <w:noProof/>
        </w:rPr>
        <w:drawing>
          <wp:inline distT="0" distB="0" distL="0" distR="0" wp14:anchorId="0F5D7250" wp14:editId="0EF713DF">
            <wp:extent cx="6217920" cy="4663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jfif"/>
                    <pic:cNvPicPr/>
                  </pic:nvPicPr>
                  <pic:blipFill>
                    <a:blip r:embed="rId8"/>
                    <a:stretch>
                      <a:fillRect/>
                    </a:stretch>
                  </pic:blipFill>
                  <pic:spPr>
                    <a:xfrm>
                      <a:off x="0" y="0"/>
                      <a:ext cx="6217920" cy="4663440"/>
                    </a:xfrm>
                    <a:prstGeom prst="rect">
                      <a:avLst/>
                    </a:prstGeom>
                  </pic:spPr>
                </pic:pic>
              </a:graphicData>
            </a:graphic>
          </wp:inline>
        </w:drawing>
      </w:r>
    </w:p>
    <w:p w14:paraId="389BE883" w14:textId="77777777" w:rsidR="00D61B79" w:rsidRDefault="00B901AA">
      <w:pPr>
        <w:spacing w:after="160"/>
        <w:jc w:val="center"/>
      </w:pPr>
      <w:r>
        <w:rPr>
          <w:i/>
          <w:color w:val="5B6770"/>
          <w:sz w:val="17"/>
        </w:rPr>
        <w:t>Team SOSA together in Birmingham</w:t>
      </w:r>
    </w:p>
    <w:tbl>
      <w:tblPr>
        <w:tblW w:w="9792" w:type="dxa"/>
        <w:jc w:val="center"/>
        <w:tblLayout w:type="fixed"/>
        <w:tblLook w:val="04A0" w:firstRow="1" w:lastRow="0" w:firstColumn="1" w:lastColumn="0" w:noHBand="0" w:noVBand="1"/>
      </w:tblPr>
      <w:tblGrid>
        <w:gridCol w:w="2448"/>
        <w:gridCol w:w="2448"/>
        <w:gridCol w:w="2448"/>
        <w:gridCol w:w="2448"/>
      </w:tblGrid>
      <w:tr w:rsidR="00D61B79" w14:paraId="62FAFD72" w14:textId="77777777">
        <w:trPr>
          <w:jc w:val="center"/>
        </w:trPr>
        <w:tc>
          <w:tcPr>
            <w:tcW w:w="2448" w:type="dxa"/>
            <w:shd w:val="clear" w:color="auto" w:fill="EEF4FA"/>
            <w:tcMar>
              <w:top w:w="90" w:type="dxa"/>
              <w:left w:w="60" w:type="dxa"/>
              <w:bottom w:w="90" w:type="dxa"/>
              <w:right w:w="60" w:type="dxa"/>
            </w:tcMar>
          </w:tcPr>
          <w:p w14:paraId="5033C36E" w14:textId="77777777" w:rsidR="00D61B79" w:rsidRDefault="00B901AA">
            <w:pPr>
              <w:spacing w:after="0"/>
              <w:jc w:val="center"/>
            </w:pPr>
            <w:r>
              <w:rPr>
                <w:b/>
                <w:color w:val="1A5DAA"/>
                <w:sz w:val="40"/>
              </w:rPr>
              <w:t>6</w:t>
            </w:r>
            <w:r>
              <w:rPr>
                <w:b/>
                <w:color w:val="1A5DAA"/>
                <w:sz w:val="40"/>
              </w:rPr>
              <w:br/>
            </w:r>
            <w:r>
              <w:rPr>
                <w:b/>
                <w:color w:val="102A43"/>
                <w:sz w:val="16"/>
              </w:rPr>
              <w:t>SWIMMERS IN RESULTS</w:t>
            </w:r>
          </w:p>
        </w:tc>
        <w:tc>
          <w:tcPr>
            <w:tcW w:w="2448" w:type="dxa"/>
            <w:shd w:val="clear" w:color="auto" w:fill="EEF4FA"/>
            <w:tcMar>
              <w:top w:w="90" w:type="dxa"/>
              <w:left w:w="60" w:type="dxa"/>
              <w:bottom w:w="90" w:type="dxa"/>
              <w:right w:w="60" w:type="dxa"/>
            </w:tcMar>
          </w:tcPr>
          <w:p w14:paraId="6CDD24A1" w14:textId="09ED73F5" w:rsidR="00D61B79" w:rsidRDefault="00B901AA">
            <w:pPr>
              <w:spacing w:after="0"/>
              <w:jc w:val="center"/>
            </w:pPr>
            <w:r>
              <w:rPr>
                <w:b/>
                <w:color w:val="D4AF37"/>
                <w:sz w:val="40"/>
              </w:rPr>
              <w:t>1</w:t>
            </w:r>
            <w:r w:rsidR="00623226">
              <w:rPr>
                <w:b/>
                <w:color w:val="D4AF37"/>
                <w:sz w:val="40"/>
              </w:rPr>
              <w:t>1</w:t>
            </w:r>
            <w:r>
              <w:rPr>
                <w:b/>
                <w:color w:val="D4AF37"/>
                <w:sz w:val="40"/>
              </w:rPr>
              <w:br/>
            </w:r>
            <w:r>
              <w:rPr>
                <w:b/>
                <w:color w:val="102A43"/>
                <w:sz w:val="16"/>
              </w:rPr>
              <w:t>SWIMMING GOLD</w:t>
            </w:r>
          </w:p>
        </w:tc>
        <w:tc>
          <w:tcPr>
            <w:tcW w:w="2448" w:type="dxa"/>
            <w:shd w:val="clear" w:color="auto" w:fill="EEF4FA"/>
            <w:tcMar>
              <w:top w:w="90" w:type="dxa"/>
              <w:left w:w="60" w:type="dxa"/>
              <w:bottom w:w="90" w:type="dxa"/>
              <w:right w:w="60" w:type="dxa"/>
            </w:tcMar>
          </w:tcPr>
          <w:p w14:paraId="7AD3343D" w14:textId="77777777" w:rsidR="00D61B79" w:rsidRDefault="00B901AA">
            <w:pPr>
              <w:spacing w:after="0"/>
              <w:jc w:val="center"/>
            </w:pPr>
            <w:r>
              <w:rPr>
                <w:b/>
                <w:color w:val="A7A9AC"/>
                <w:sz w:val="40"/>
              </w:rPr>
              <w:t>4</w:t>
            </w:r>
            <w:r>
              <w:rPr>
                <w:b/>
                <w:color w:val="A7A9AC"/>
                <w:sz w:val="40"/>
              </w:rPr>
              <w:br/>
            </w:r>
            <w:r>
              <w:rPr>
                <w:b/>
                <w:color w:val="102A43"/>
                <w:sz w:val="16"/>
              </w:rPr>
              <w:t>SWIMMING SILVER</w:t>
            </w:r>
          </w:p>
        </w:tc>
        <w:tc>
          <w:tcPr>
            <w:tcW w:w="2448" w:type="dxa"/>
            <w:shd w:val="clear" w:color="auto" w:fill="EEF4FA"/>
            <w:tcMar>
              <w:top w:w="90" w:type="dxa"/>
              <w:left w:w="60" w:type="dxa"/>
              <w:bottom w:w="90" w:type="dxa"/>
              <w:right w:w="60" w:type="dxa"/>
            </w:tcMar>
          </w:tcPr>
          <w:p w14:paraId="1387FCD4" w14:textId="77777777" w:rsidR="00D61B79" w:rsidRDefault="00B901AA">
            <w:pPr>
              <w:spacing w:after="0"/>
              <w:jc w:val="center"/>
            </w:pPr>
            <w:r>
              <w:rPr>
                <w:b/>
                <w:color w:val="B87333"/>
                <w:sz w:val="40"/>
              </w:rPr>
              <w:t>2</w:t>
            </w:r>
            <w:r>
              <w:rPr>
                <w:b/>
                <w:color w:val="B87333"/>
                <w:sz w:val="40"/>
              </w:rPr>
              <w:br/>
            </w:r>
            <w:r>
              <w:rPr>
                <w:b/>
                <w:color w:val="102A43"/>
                <w:sz w:val="16"/>
              </w:rPr>
              <w:t>SWIMMING BRONZE</w:t>
            </w:r>
          </w:p>
        </w:tc>
      </w:tr>
    </w:tbl>
    <w:p w14:paraId="51D9F39A" w14:textId="77777777" w:rsidR="00D61B79" w:rsidRDefault="00B901AA">
      <w:pPr>
        <w:jc w:val="center"/>
      </w:pPr>
      <w:r>
        <w:t>What a Games! Our St Albans athletes brought determination, friendship and brilliant team spirit to the Special Olympics GB National Summer Games in Birmingham. Every start, finish, personal challenge and podium moment made us enormously proud.</w:t>
      </w:r>
    </w:p>
    <w:p w14:paraId="31633815" w14:textId="77777777" w:rsidR="00D61B79" w:rsidRDefault="00B901AA">
      <w:r>
        <w:br w:type="page"/>
      </w:r>
    </w:p>
    <w:p w14:paraId="466B4F00" w14:textId="77777777" w:rsidR="00D61B79" w:rsidRDefault="00B901AA">
      <w:pPr>
        <w:pStyle w:val="Heading1"/>
      </w:pPr>
      <w:r>
        <w:lastRenderedPageBreak/>
        <w:t>A message to our SOSA family</w:t>
      </w:r>
    </w:p>
    <w:p w14:paraId="1DC296E2" w14:textId="77777777" w:rsidR="00D61B79" w:rsidRDefault="00B901AA">
      <w:r>
        <w:t>To our athletes: congratulations. You trained hard, competed with courage and represented St Albans superbly. Your smiles, support for one another and willingness to give your very best captured everything that Special Olympics stands for.</w:t>
      </w:r>
    </w:p>
    <w:p w14:paraId="4D231472" w14:textId="77777777" w:rsidR="00D61B79" w:rsidRDefault="00B901AA">
      <w:r>
        <w:t>To our parents and carers: thank you for making the journey, managing the early starts, cheering from the stands and giving such patient, practical and emotional support throughout the Games. Your encouragement made these achievements possible.</w:t>
      </w:r>
    </w:p>
    <w:p w14:paraId="55D44A08" w14:textId="77777777" w:rsidR="00D61B79" w:rsidRDefault="00B901AA">
      <w:r>
        <w:t>To our coaches and volunteers: thank you for your preparation, calm guidance and countless hours behind the scenes. The team’s success belongs to every person who helped our athletes feel ready, confident and included.</w:t>
      </w:r>
    </w:p>
    <w:tbl>
      <w:tblPr>
        <w:tblW w:w="9072" w:type="dxa"/>
        <w:jc w:val="center"/>
        <w:tblLayout w:type="fixed"/>
        <w:tblLook w:val="04A0" w:firstRow="1" w:lastRow="0" w:firstColumn="1" w:lastColumn="0" w:noHBand="0" w:noVBand="1"/>
      </w:tblPr>
      <w:tblGrid>
        <w:gridCol w:w="4536"/>
        <w:gridCol w:w="4536"/>
      </w:tblGrid>
      <w:tr w:rsidR="00D61B79" w14:paraId="008F4184" w14:textId="77777777">
        <w:trPr>
          <w:jc w:val="center"/>
        </w:trPr>
        <w:tc>
          <w:tcPr>
            <w:tcW w:w="4536" w:type="dxa"/>
            <w:tcMar>
              <w:top w:w="40" w:type="dxa"/>
              <w:left w:w="40" w:type="dxa"/>
              <w:bottom w:w="20" w:type="dxa"/>
              <w:right w:w="40" w:type="dxa"/>
            </w:tcMar>
          </w:tcPr>
          <w:p w14:paraId="4C28EEF8" w14:textId="77777777" w:rsidR="00D61B79" w:rsidRDefault="00B901AA">
            <w:pPr>
              <w:jc w:val="center"/>
            </w:pPr>
            <w:r>
              <w:rPr>
                <w:noProof/>
              </w:rPr>
              <w:drawing>
                <wp:inline distT="0" distB="0" distL="0" distR="0" wp14:anchorId="37C21D51" wp14:editId="2CEB74F5">
                  <wp:extent cx="2697480" cy="3596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de.jfif"/>
                          <pic:cNvPicPr/>
                        </pic:nvPicPr>
                        <pic:blipFill>
                          <a:blip r:embed="rId9"/>
                          <a:stretch>
                            <a:fillRect/>
                          </a:stretch>
                        </pic:blipFill>
                        <pic:spPr>
                          <a:xfrm>
                            <a:off x="0" y="0"/>
                            <a:ext cx="2697480" cy="3596640"/>
                          </a:xfrm>
                          <a:prstGeom prst="rect">
                            <a:avLst/>
                          </a:prstGeom>
                        </pic:spPr>
                      </pic:pic>
                    </a:graphicData>
                  </a:graphic>
                </wp:inline>
              </w:drawing>
            </w:r>
          </w:p>
        </w:tc>
        <w:tc>
          <w:tcPr>
            <w:tcW w:w="4536" w:type="dxa"/>
            <w:tcMar>
              <w:top w:w="40" w:type="dxa"/>
              <w:left w:w="40" w:type="dxa"/>
              <w:bottom w:w="20" w:type="dxa"/>
              <w:right w:w="40" w:type="dxa"/>
            </w:tcMar>
          </w:tcPr>
          <w:p w14:paraId="596486AB" w14:textId="77777777" w:rsidR="00D61B79" w:rsidRDefault="00B901AA">
            <w:pPr>
              <w:jc w:val="center"/>
            </w:pPr>
            <w:r>
              <w:rPr>
                <w:noProof/>
              </w:rPr>
              <w:drawing>
                <wp:inline distT="0" distB="0" distL="0" distR="0" wp14:anchorId="5FF2AE3F" wp14:editId="7C139F85">
                  <wp:extent cx="2697480" cy="3596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yMillie.jfif"/>
                          <pic:cNvPicPr/>
                        </pic:nvPicPr>
                        <pic:blipFill>
                          <a:blip r:embed="rId10"/>
                          <a:stretch>
                            <a:fillRect/>
                          </a:stretch>
                        </pic:blipFill>
                        <pic:spPr>
                          <a:xfrm>
                            <a:off x="0" y="0"/>
                            <a:ext cx="2697480" cy="3596640"/>
                          </a:xfrm>
                          <a:prstGeom prst="rect">
                            <a:avLst/>
                          </a:prstGeom>
                        </pic:spPr>
                      </pic:pic>
                    </a:graphicData>
                  </a:graphic>
                </wp:inline>
              </w:drawing>
            </w:r>
          </w:p>
        </w:tc>
      </w:tr>
      <w:tr w:rsidR="00D61B79" w14:paraId="0C9A140E" w14:textId="77777777">
        <w:trPr>
          <w:jc w:val="center"/>
        </w:trPr>
        <w:tc>
          <w:tcPr>
            <w:tcW w:w="4536" w:type="dxa"/>
            <w:tcMar>
              <w:top w:w="90" w:type="dxa"/>
              <w:left w:w="120" w:type="dxa"/>
              <w:bottom w:w="90" w:type="dxa"/>
              <w:right w:w="120" w:type="dxa"/>
            </w:tcMar>
            <w:vAlign w:val="center"/>
          </w:tcPr>
          <w:p w14:paraId="12D10DF1" w14:textId="77777777" w:rsidR="00D61B79" w:rsidRDefault="00B901AA">
            <w:pPr>
              <w:spacing w:after="0"/>
              <w:jc w:val="center"/>
            </w:pPr>
            <w:r>
              <w:rPr>
                <w:color w:val="5B6770"/>
                <w:sz w:val="16"/>
              </w:rPr>
              <w:t>Proudly joining the athlete parade</w:t>
            </w:r>
          </w:p>
        </w:tc>
        <w:tc>
          <w:tcPr>
            <w:tcW w:w="4536" w:type="dxa"/>
            <w:tcMar>
              <w:top w:w="90" w:type="dxa"/>
              <w:left w:w="120" w:type="dxa"/>
              <w:bottom w:w="90" w:type="dxa"/>
              <w:right w:w="120" w:type="dxa"/>
            </w:tcMar>
            <w:vAlign w:val="center"/>
          </w:tcPr>
          <w:p w14:paraId="791097BD" w14:textId="77777777" w:rsidR="00D61B79" w:rsidRDefault="00B901AA">
            <w:pPr>
              <w:spacing w:after="0"/>
              <w:jc w:val="center"/>
            </w:pPr>
            <w:r>
              <w:rPr>
                <w:color w:val="5B6770"/>
                <w:sz w:val="16"/>
              </w:rPr>
              <w:t>Friendship and smiles at the Games</w:t>
            </w:r>
          </w:p>
        </w:tc>
      </w:tr>
    </w:tbl>
    <w:p w14:paraId="0E0005A0" w14:textId="77777777" w:rsidR="00D61B79" w:rsidRDefault="00B901AA">
      <w:pPr>
        <w:pStyle w:val="Heading1"/>
      </w:pPr>
      <w:r>
        <w:t>The SOSA swimming medal table</w:t>
      </w:r>
    </w:p>
    <w:tbl>
      <w:tblPr>
        <w:tblStyle w:val="TableGrid"/>
        <w:tblW w:w="9792" w:type="dxa"/>
        <w:tblInd w:w="120" w:type="dxa"/>
        <w:tblLayout w:type="fixed"/>
        <w:tblLook w:val="04A0" w:firstRow="1" w:lastRow="0" w:firstColumn="1" w:lastColumn="0" w:noHBand="0" w:noVBand="1"/>
      </w:tblPr>
      <w:tblGrid>
        <w:gridCol w:w="3888"/>
        <w:gridCol w:w="1440"/>
        <w:gridCol w:w="1440"/>
        <w:gridCol w:w="1440"/>
        <w:gridCol w:w="1584"/>
      </w:tblGrid>
      <w:tr w:rsidR="00D61B79" w14:paraId="40440FC2" w14:textId="77777777">
        <w:trPr>
          <w:tblHeader/>
        </w:trPr>
        <w:tc>
          <w:tcPr>
            <w:tcW w:w="3888" w:type="dxa"/>
            <w:shd w:val="clear" w:color="auto" w:fill="102A43"/>
            <w:tcMar>
              <w:top w:w="90" w:type="dxa"/>
              <w:left w:w="120" w:type="dxa"/>
              <w:bottom w:w="90" w:type="dxa"/>
              <w:right w:w="120" w:type="dxa"/>
            </w:tcMar>
            <w:vAlign w:val="center"/>
          </w:tcPr>
          <w:p w14:paraId="31E488DE" w14:textId="77777777" w:rsidR="00D61B79" w:rsidRDefault="00B901AA">
            <w:pPr>
              <w:spacing w:after="0"/>
              <w:jc w:val="center"/>
            </w:pPr>
            <w:r>
              <w:rPr>
                <w:b/>
                <w:color w:val="FFFFFF"/>
                <w:sz w:val="17"/>
              </w:rPr>
              <w:t>Athlete</w:t>
            </w:r>
          </w:p>
        </w:tc>
        <w:tc>
          <w:tcPr>
            <w:tcW w:w="1440" w:type="dxa"/>
            <w:shd w:val="clear" w:color="auto" w:fill="102A43"/>
            <w:tcMar>
              <w:top w:w="90" w:type="dxa"/>
              <w:left w:w="120" w:type="dxa"/>
              <w:bottom w:w="90" w:type="dxa"/>
              <w:right w:w="120" w:type="dxa"/>
            </w:tcMar>
            <w:vAlign w:val="center"/>
          </w:tcPr>
          <w:p w14:paraId="276379E7" w14:textId="77777777" w:rsidR="00D61B79" w:rsidRDefault="00B901AA">
            <w:pPr>
              <w:spacing w:after="0"/>
              <w:jc w:val="center"/>
            </w:pPr>
            <w:r>
              <w:rPr>
                <w:b/>
                <w:color w:val="FFFFFF"/>
                <w:sz w:val="17"/>
              </w:rPr>
              <w:t>Gold</w:t>
            </w:r>
          </w:p>
        </w:tc>
        <w:tc>
          <w:tcPr>
            <w:tcW w:w="1440" w:type="dxa"/>
            <w:shd w:val="clear" w:color="auto" w:fill="102A43"/>
            <w:tcMar>
              <w:top w:w="90" w:type="dxa"/>
              <w:left w:w="120" w:type="dxa"/>
              <w:bottom w:w="90" w:type="dxa"/>
              <w:right w:w="120" w:type="dxa"/>
            </w:tcMar>
            <w:vAlign w:val="center"/>
          </w:tcPr>
          <w:p w14:paraId="2E4850CF" w14:textId="77777777" w:rsidR="00D61B79" w:rsidRDefault="00B901AA">
            <w:pPr>
              <w:spacing w:after="0"/>
              <w:jc w:val="center"/>
            </w:pPr>
            <w:r>
              <w:rPr>
                <w:b/>
                <w:color w:val="FFFFFF"/>
                <w:sz w:val="17"/>
              </w:rPr>
              <w:t>Silver</w:t>
            </w:r>
          </w:p>
        </w:tc>
        <w:tc>
          <w:tcPr>
            <w:tcW w:w="1440" w:type="dxa"/>
            <w:shd w:val="clear" w:color="auto" w:fill="102A43"/>
            <w:tcMar>
              <w:top w:w="90" w:type="dxa"/>
              <w:left w:w="120" w:type="dxa"/>
              <w:bottom w:w="90" w:type="dxa"/>
              <w:right w:w="120" w:type="dxa"/>
            </w:tcMar>
            <w:vAlign w:val="center"/>
          </w:tcPr>
          <w:p w14:paraId="2750F064" w14:textId="77777777" w:rsidR="00D61B79" w:rsidRDefault="00B901AA">
            <w:pPr>
              <w:spacing w:after="0"/>
              <w:jc w:val="center"/>
            </w:pPr>
            <w:r>
              <w:rPr>
                <w:b/>
                <w:color w:val="FFFFFF"/>
                <w:sz w:val="17"/>
              </w:rPr>
              <w:t>Bronze</w:t>
            </w:r>
          </w:p>
        </w:tc>
        <w:tc>
          <w:tcPr>
            <w:tcW w:w="1584" w:type="dxa"/>
            <w:shd w:val="clear" w:color="auto" w:fill="102A43"/>
            <w:tcMar>
              <w:top w:w="90" w:type="dxa"/>
              <w:left w:w="120" w:type="dxa"/>
              <w:bottom w:w="90" w:type="dxa"/>
              <w:right w:w="120" w:type="dxa"/>
            </w:tcMar>
            <w:vAlign w:val="center"/>
          </w:tcPr>
          <w:p w14:paraId="6722E1FA" w14:textId="77777777" w:rsidR="00D61B79" w:rsidRDefault="00B901AA">
            <w:pPr>
              <w:spacing w:after="0"/>
              <w:jc w:val="center"/>
            </w:pPr>
            <w:r>
              <w:rPr>
                <w:b/>
                <w:color w:val="FFFFFF"/>
                <w:sz w:val="17"/>
              </w:rPr>
              <w:t>Total</w:t>
            </w:r>
          </w:p>
        </w:tc>
      </w:tr>
      <w:tr w:rsidR="00D61B79" w14:paraId="78A3B212" w14:textId="77777777">
        <w:tc>
          <w:tcPr>
            <w:tcW w:w="3888" w:type="dxa"/>
            <w:tcMar>
              <w:top w:w="90" w:type="dxa"/>
              <w:left w:w="120" w:type="dxa"/>
              <w:bottom w:w="90" w:type="dxa"/>
              <w:right w:w="120" w:type="dxa"/>
            </w:tcMar>
            <w:vAlign w:val="center"/>
          </w:tcPr>
          <w:p w14:paraId="0E1D5A73" w14:textId="77777777" w:rsidR="00D61B79" w:rsidRDefault="00B901AA">
            <w:pPr>
              <w:spacing w:after="0"/>
            </w:pPr>
            <w:r>
              <w:rPr>
                <w:b/>
                <w:sz w:val="17"/>
              </w:rPr>
              <w:t>Imogen Brown</w:t>
            </w:r>
          </w:p>
        </w:tc>
        <w:tc>
          <w:tcPr>
            <w:tcW w:w="1440" w:type="dxa"/>
            <w:tcMar>
              <w:top w:w="90" w:type="dxa"/>
              <w:left w:w="120" w:type="dxa"/>
              <w:bottom w:w="90" w:type="dxa"/>
              <w:right w:w="120" w:type="dxa"/>
            </w:tcMar>
            <w:vAlign w:val="center"/>
          </w:tcPr>
          <w:p w14:paraId="1723A082" w14:textId="77777777" w:rsidR="00D61B79" w:rsidRDefault="00B901AA">
            <w:pPr>
              <w:spacing w:after="0"/>
              <w:jc w:val="center"/>
            </w:pPr>
            <w:r>
              <w:rPr>
                <w:sz w:val="17"/>
              </w:rPr>
              <w:t>2</w:t>
            </w:r>
          </w:p>
        </w:tc>
        <w:tc>
          <w:tcPr>
            <w:tcW w:w="1440" w:type="dxa"/>
            <w:tcMar>
              <w:top w:w="90" w:type="dxa"/>
              <w:left w:w="120" w:type="dxa"/>
              <w:bottom w:w="90" w:type="dxa"/>
              <w:right w:w="120" w:type="dxa"/>
            </w:tcMar>
            <w:vAlign w:val="center"/>
          </w:tcPr>
          <w:p w14:paraId="4CD14D94" w14:textId="77777777" w:rsidR="00D61B79" w:rsidRDefault="00B901AA">
            <w:pPr>
              <w:spacing w:after="0"/>
              <w:jc w:val="center"/>
            </w:pPr>
            <w:r>
              <w:rPr>
                <w:sz w:val="17"/>
              </w:rPr>
              <w:t>2</w:t>
            </w:r>
          </w:p>
        </w:tc>
        <w:tc>
          <w:tcPr>
            <w:tcW w:w="1440" w:type="dxa"/>
            <w:tcMar>
              <w:top w:w="90" w:type="dxa"/>
              <w:left w:w="120" w:type="dxa"/>
              <w:bottom w:w="90" w:type="dxa"/>
              <w:right w:w="120" w:type="dxa"/>
            </w:tcMar>
            <w:vAlign w:val="center"/>
          </w:tcPr>
          <w:p w14:paraId="149A0301" w14:textId="77777777" w:rsidR="00D61B79" w:rsidRDefault="00B901AA">
            <w:pPr>
              <w:spacing w:after="0"/>
              <w:jc w:val="center"/>
            </w:pPr>
            <w:r>
              <w:rPr>
                <w:sz w:val="17"/>
              </w:rPr>
              <w:t>0</w:t>
            </w:r>
          </w:p>
        </w:tc>
        <w:tc>
          <w:tcPr>
            <w:tcW w:w="1584" w:type="dxa"/>
            <w:tcMar>
              <w:top w:w="90" w:type="dxa"/>
              <w:left w:w="120" w:type="dxa"/>
              <w:bottom w:w="90" w:type="dxa"/>
              <w:right w:w="120" w:type="dxa"/>
            </w:tcMar>
            <w:vAlign w:val="center"/>
          </w:tcPr>
          <w:p w14:paraId="737207D7" w14:textId="77777777" w:rsidR="00D61B79" w:rsidRDefault="00B901AA">
            <w:pPr>
              <w:spacing w:after="0"/>
              <w:jc w:val="center"/>
            </w:pPr>
            <w:r>
              <w:rPr>
                <w:sz w:val="17"/>
              </w:rPr>
              <w:t>4</w:t>
            </w:r>
          </w:p>
        </w:tc>
      </w:tr>
      <w:tr w:rsidR="00D61B79" w14:paraId="28EEC1DD" w14:textId="77777777">
        <w:tc>
          <w:tcPr>
            <w:tcW w:w="3888" w:type="dxa"/>
            <w:tcMar>
              <w:top w:w="90" w:type="dxa"/>
              <w:left w:w="120" w:type="dxa"/>
              <w:bottom w:w="90" w:type="dxa"/>
              <w:right w:w="120" w:type="dxa"/>
            </w:tcMar>
            <w:vAlign w:val="center"/>
          </w:tcPr>
          <w:p w14:paraId="3AF35D31" w14:textId="77777777" w:rsidR="00D61B79" w:rsidRDefault="00B901AA">
            <w:pPr>
              <w:spacing w:after="0"/>
            </w:pPr>
            <w:r>
              <w:rPr>
                <w:b/>
                <w:sz w:val="17"/>
              </w:rPr>
              <w:t>Mark Johnson</w:t>
            </w:r>
          </w:p>
        </w:tc>
        <w:tc>
          <w:tcPr>
            <w:tcW w:w="1440" w:type="dxa"/>
            <w:tcMar>
              <w:top w:w="90" w:type="dxa"/>
              <w:left w:w="120" w:type="dxa"/>
              <w:bottom w:w="90" w:type="dxa"/>
              <w:right w:w="120" w:type="dxa"/>
            </w:tcMar>
            <w:vAlign w:val="center"/>
          </w:tcPr>
          <w:p w14:paraId="254AF5FF" w14:textId="77777777" w:rsidR="00D61B79" w:rsidRDefault="00B901AA">
            <w:pPr>
              <w:spacing w:after="0"/>
              <w:jc w:val="center"/>
            </w:pPr>
            <w:r>
              <w:rPr>
                <w:sz w:val="17"/>
              </w:rPr>
              <w:t>3</w:t>
            </w:r>
          </w:p>
        </w:tc>
        <w:tc>
          <w:tcPr>
            <w:tcW w:w="1440" w:type="dxa"/>
            <w:tcMar>
              <w:top w:w="90" w:type="dxa"/>
              <w:left w:w="120" w:type="dxa"/>
              <w:bottom w:w="90" w:type="dxa"/>
              <w:right w:w="120" w:type="dxa"/>
            </w:tcMar>
            <w:vAlign w:val="center"/>
          </w:tcPr>
          <w:p w14:paraId="47CBFF45" w14:textId="77777777" w:rsidR="00D61B79" w:rsidRDefault="00B901AA">
            <w:pPr>
              <w:spacing w:after="0"/>
              <w:jc w:val="center"/>
            </w:pPr>
            <w:r>
              <w:rPr>
                <w:sz w:val="17"/>
              </w:rPr>
              <w:t>1</w:t>
            </w:r>
          </w:p>
        </w:tc>
        <w:tc>
          <w:tcPr>
            <w:tcW w:w="1440" w:type="dxa"/>
            <w:tcMar>
              <w:top w:w="90" w:type="dxa"/>
              <w:left w:w="120" w:type="dxa"/>
              <w:bottom w:w="90" w:type="dxa"/>
              <w:right w:w="120" w:type="dxa"/>
            </w:tcMar>
            <w:vAlign w:val="center"/>
          </w:tcPr>
          <w:p w14:paraId="780CC66A" w14:textId="77777777" w:rsidR="00D61B79" w:rsidRDefault="00B901AA">
            <w:pPr>
              <w:spacing w:after="0"/>
              <w:jc w:val="center"/>
            </w:pPr>
            <w:r>
              <w:rPr>
                <w:sz w:val="17"/>
              </w:rPr>
              <w:t>0</w:t>
            </w:r>
          </w:p>
        </w:tc>
        <w:tc>
          <w:tcPr>
            <w:tcW w:w="1584" w:type="dxa"/>
            <w:tcMar>
              <w:top w:w="90" w:type="dxa"/>
              <w:left w:w="120" w:type="dxa"/>
              <w:bottom w:w="90" w:type="dxa"/>
              <w:right w:w="120" w:type="dxa"/>
            </w:tcMar>
            <w:vAlign w:val="center"/>
          </w:tcPr>
          <w:p w14:paraId="1D24D43C" w14:textId="77777777" w:rsidR="00D61B79" w:rsidRDefault="00B901AA">
            <w:pPr>
              <w:spacing w:after="0"/>
              <w:jc w:val="center"/>
            </w:pPr>
            <w:r>
              <w:rPr>
                <w:sz w:val="17"/>
              </w:rPr>
              <w:t>4</w:t>
            </w:r>
          </w:p>
        </w:tc>
      </w:tr>
      <w:tr w:rsidR="00D61B79" w14:paraId="596A95E6" w14:textId="77777777">
        <w:tc>
          <w:tcPr>
            <w:tcW w:w="3888" w:type="dxa"/>
            <w:tcMar>
              <w:top w:w="90" w:type="dxa"/>
              <w:left w:w="120" w:type="dxa"/>
              <w:bottom w:w="90" w:type="dxa"/>
              <w:right w:w="120" w:type="dxa"/>
            </w:tcMar>
            <w:vAlign w:val="center"/>
          </w:tcPr>
          <w:p w14:paraId="6A8FFA5F" w14:textId="77777777" w:rsidR="00D61B79" w:rsidRDefault="00B901AA">
            <w:pPr>
              <w:spacing w:after="0"/>
            </w:pPr>
            <w:r>
              <w:rPr>
                <w:b/>
                <w:sz w:val="17"/>
              </w:rPr>
              <w:t>Joe Edwards</w:t>
            </w:r>
          </w:p>
        </w:tc>
        <w:tc>
          <w:tcPr>
            <w:tcW w:w="1440" w:type="dxa"/>
            <w:tcMar>
              <w:top w:w="90" w:type="dxa"/>
              <w:left w:w="120" w:type="dxa"/>
              <w:bottom w:w="90" w:type="dxa"/>
              <w:right w:w="120" w:type="dxa"/>
            </w:tcMar>
            <w:vAlign w:val="center"/>
          </w:tcPr>
          <w:p w14:paraId="30850C78" w14:textId="77777777" w:rsidR="00D61B79" w:rsidRDefault="00B901AA">
            <w:pPr>
              <w:spacing w:after="0"/>
              <w:jc w:val="center"/>
            </w:pPr>
            <w:r>
              <w:rPr>
                <w:sz w:val="17"/>
              </w:rPr>
              <w:t>2</w:t>
            </w:r>
          </w:p>
        </w:tc>
        <w:tc>
          <w:tcPr>
            <w:tcW w:w="1440" w:type="dxa"/>
            <w:tcMar>
              <w:top w:w="90" w:type="dxa"/>
              <w:left w:w="120" w:type="dxa"/>
              <w:bottom w:w="90" w:type="dxa"/>
              <w:right w:w="120" w:type="dxa"/>
            </w:tcMar>
            <w:vAlign w:val="center"/>
          </w:tcPr>
          <w:p w14:paraId="7B3C1807" w14:textId="77777777" w:rsidR="00D61B79" w:rsidRDefault="00B901AA">
            <w:pPr>
              <w:spacing w:after="0"/>
              <w:jc w:val="center"/>
            </w:pPr>
            <w:r>
              <w:rPr>
                <w:sz w:val="17"/>
              </w:rPr>
              <w:t>1</w:t>
            </w:r>
          </w:p>
        </w:tc>
        <w:tc>
          <w:tcPr>
            <w:tcW w:w="1440" w:type="dxa"/>
            <w:tcMar>
              <w:top w:w="90" w:type="dxa"/>
              <w:left w:w="120" w:type="dxa"/>
              <w:bottom w:w="90" w:type="dxa"/>
              <w:right w:w="120" w:type="dxa"/>
            </w:tcMar>
            <w:vAlign w:val="center"/>
          </w:tcPr>
          <w:p w14:paraId="4B72CCD6" w14:textId="77777777" w:rsidR="00D61B79" w:rsidRDefault="00B901AA">
            <w:pPr>
              <w:spacing w:after="0"/>
              <w:jc w:val="center"/>
            </w:pPr>
            <w:r>
              <w:rPr>
                <w:sz w:val="17"/>
              </w:rPr>
              <w:t>0</w:t>
            </w:r>
          </w:p>
        </w:tc>
        <w:tc>
          <w:tcPr>
            <w:tcW w:w="1584" w:type="dxa"/>
            <w:tcMar>
              <w:top w:w="90" w:type="dxa"/>
              <w:left w:w="120" w:type="dxa"/>
              <w:bottom w:w="90" w:type="dxa"/>
              <w:right w:w="120" w:type="dxa"/>
            </w:tcMar>
            <w:vAlign w:val="center"/>
          </w:tcPr>
          <w:p w14:paraId="0E29172B" w14:textId="77777777" w:rsidR="00D61B79" w:rsidRDefault="00B901AA">
            <w:pPr>
              <w:spacing w:after="0"/>
              <w:jc w:val="center"/>
            </w:pPr>
            <w:r>
              <w:rPr>
                <w:sz w:val="17"/>
              </w:rPr>
              <w:t>3</w:t>
            </w:r>
          </w:p>
        </w:tc>
      </w:tr>
      <w:tr w:rsidR="00D61B79" w14:paraId="50E147A2" w14:textId="77777777">
        <w:tc>
          <w:tcPr>
            <w:tcW w:w="3888" w:type="dxa"/>
            <w:tcMar>
              <w:top w:w="90" w:type="dxa"/>
              <w:left w:w="120" w:type="dxa"/>
              <w:bottom w:w="90" w:type="dxa"/>
              <w:right w:w="120" w:type="dxa"/>
            </w:tcMar>
            <w:vAlign w:val="center"/>
          </w:tcPr>
          <w:p w14:paraId="69058B1E" w14:textId="77777777" w:rsidR="00D61B79" w:rsidRDefault="00B901AA">
            <w:pPr>
              <w:spacing w:after="0"/>
            </w:pPr>
            <w:r>
              <w:rPr>
                <w:b/>
                <w:sz w:val="17"/>
              </w:rPr>
              <w:t>Philip Nicholls</w:t>
            </w:r>
          </w:p>
        </w:tc>
        <w:tc>
          <w:tcPr>
            <w:tcW w:w="1440" w:type="dxa"/>
            <w:tcMar>
              <w:top w:w="90" w:type="dxa"/>
              <w:left w:w="120" w:type="dxa"/>
              <w:bottom w:w="90" w:type="dxa"/>
              <w:right w:w="120" w:type="dxa"/>
            </w:tcMar>
            <w:vAlign w:val="center"/>
          </w:tcPr>
          <w:p w14:paraId="14B6F3B0" w14:textId="77777777" w:rsidR="00D61B79" w:rsidRDefault="00B901AA">
            <w:pPr>
              <w:spacing w:after="0"/>
              <w:jc w:val="center"/>
            </w:pPr>
            <w:r>
              <w:rPr>
                <w:sz w:val="17"/>
              </w:rPr>
              <w:t>3</w:t>
            </w:r>
          </w:p>
        </w:tc>
        <w:tc>
          <w:tcPr>
            <w:tcW w:w="1440" w:type="dxa"/>
            <w:tcMar>
              <w:top w:w="90" w:type="dxa"/>
              <w:left w:w="120" w:type="dxa"/>
              <w:bottom w:w="90" w:type="dxa"/>
              <w:right w:w="120" w:type="dxa"/>
            </w:tcMar>
            <w:vAlign w:val="center"/>
          </w:tcPr>
          <w:p w14:paraId="49AF6F18" w14:textId="77777777" w:rsidR="00D61B79" w:rsidRDefault="00B901AA">
            <w:pPr>
              <w:spacing w:after="0"/>
              <w:jc w:val="center"/>
            </w:pPr>
            <w:r>
              <w:rPr>
                <w:sz w:val="17"/>
              </w:rPr>
              <w:t>0</w:t>
            </w:r>
          </w:p>
        </w:tc>
        <w:tc>
          <w:tcPr>
            <w:tcW w:w="1440" w:type="dxa"/>
            <w:tcMar>
              <w:top w:w="90" w:type="dxa"/>
              <w:left w:w="120" w:type="dxa"/>
              <w:bottom w:w="90" w:type="dxa"/>
              <w:right w:w="120" w:type="dxa"/>
            </w:tcMar>
            <w:vAlign w:val="center"/>
          </w:tcPr>
          <w:p w14:paraId="6A45C27C" w14:textId="77777777" w:rsidR="00D61B79" w:rsidRDefault="00B901AA">
            <w:pPr>
              <w:spacing w:after="0"/>
              <w:jc w:val="center"/>
            </w:pPr>
            <w:r>
              <w:rPr>
                <w:sz w:val="17"/>
              </w:rPr>
              <w:t>1</w:t>
            </w:r>
          </w:p>
        </w:tc>
        <w:tc>
          <w:tcPr>
            <w:tcW w:w="1584" w:type="dxa"/>
            <w:tcMar>
              <w:top w:w="90" w:type="dxa"/>
              <w:left w:w="120" w:type="dxa"/>
              <w:bottom w:w="90" w:type="dxa"/>
              <w:right w:w="120" w:type="dxa"/>
            </w:tcMar>
            <w:vAlign w:val="center"/>
          </w:tcPr>
          <w:p w14:paraId="1142F5ED" w14:textId="77777777" w:rsidR="00D61B79" w:rsidRDefault="00B901AA">
            <w:pPr>
              <w:spacing w:after="0"/>
              <w:jc w:val="center"/>
            </w:pPr>
            <w:r>
              <w:rPr>
                <w:sz w:val="17"/>
              </w:rPr>
              <w:t>4</w:t>
            </w:r>
          </w:p>
        </w:tc>
      </w:tr>
      <w:tr w:rsidR="00D61B79" w14:paraId="42113DCB" w14:textId="77777777">
        <w:tc>
          <w:tcPr>
            <w:tcW w:w="3888" w:type="dxa"/>
            <w:tcMar>
              <w:top w:w="90" w:type="dxa"/>
              <w:left w:w="120" w:type="dxa"/>
              <w:bottom w:w="90" w:type="dxa"/>
              <w:right w:w="120" w:type="dxa"/>
            </w:tcMar>
            <w:vAlign w:val="center"/>
          </w:tcPr>
          <w:p w14:paraId="6D85F714" w14:textId="77777777" w:rsidR="00D61B79" w:rsidRDefault="00B901AA">
            <w:pPr>
              <w:spacing w:after="0"/>
            </w:pPr>
            <w:r>
              <w:rPr>
                <w:b/>
                <w:sz w:val="17"/>
              </w:rPr>
              <w:t>Nicholas Badinski</w:t>
            </w:r>
          </w:p>
        </w:tc>
        <w:tc>
          <w:tcPr>
            <w:tcW w:w="1440" w:type="dxa"/>
            <w:tcMar>
              <w:top w:w="90" w:type="dxa"/>
              <w:left w:w="120" w:type="dxa"/>
              <w:bottom w:w="90" w:type="dxa"/>
              <w:right w:w="120" w:type="dxa"/>
            </w:tcMar>
            <w:vAlign w:val="center"/>
          </w:tcPr>
          <w:p w14:paraId="4764A351" w14:textId="3AE82D8B" w:rsidR="00D61B79" w:rsidRDefault="00623226">
            <w:pPr>
              <w:spacing w:after="0"/>
              <w:jc w:val="center"/>
            </w:pPr>
            <w:r>
              <w:rPr>
                <w:sz w:val="17"/>
              </w:rPr>
              <w:t>1</w:t>
            </w:r>
          </w:p>
        </w:tc>
        <w:tc>
          <w:tcPr>
            <w:tcW w:w="1440" w:type="dxa"/>
            <w:tcMar>
              <w:top w:w="90" w:type="dxa"/>
              <w:left w:w="120" w:type="dxa"/>
              <w:bottom w:w="90" w:type="dxa"/>
              <w:right w:w="120" w:type="dxa"/>
            </w:tcMar>
            <w:vAlign w:val="center"/>
          </w:tcPr>
          <w:p w14:paraId="7ADA2760" w14:textId="77777777" w:rsidR="00D61B79" w:rsidRDefault="00B901AA">
            <w:pPr>
              <w:spacing w:after="0"/>
              <w:jc w:val="center"/>
            </w:pPr>
            <w:r>
              <w:rPr>
                <w:sz w:val="17"/>
              </w:rPr>
              <w:t>0</w:t>
            </w:r>
          </w:p>
        </w:tc>
        <w:tc>
          <w:tcPr>
            <w:tcW w:w="1440" w:type="dxa"/>
            <w:tcMar>
              <w:top w:w="90" w:type="dxa"/>
              <w:left w:w="120" w:type="dxa"/>
              <w:bottom w:w="90" w:type="dxa"/>
              <w:right w:w="120" w:type="dxa"/>
            </w:tcMar>
            <w:vAlign w:val="center"/>
          </w:tcPr>
          <w:p w14:paraId="1E257C9F" w14:textId="77777777" w:rsidR="00D61B79" w:rsidRDefault="00B901AA">
            <w:pPr>
              <w:spacing w:after="0"/>
              <w:jc w:val="center"/>
            </w:pPr>
            <w:r>
              <w:rPr>
                <w:sz w:val="17"/>
              </w:rPr>
              <w:t>1</w:t>
            </w:r>
          </w:p>
        </w:tc>
        <w:tc>
          <w:tcPr>
            <w:tcW w:w="1584" w:type="dxa"/>
            <w:tcMar>
              <w:top w:w="90" w:type="dxa"/>
              <w:left w:w="120" w:type="dxa"/>
              <w:bottom w:w="90" w:type="dxa"/>
              <w:right w:w="120" w:type="dxa"/>
            </w:tcMar>
            <w:vAlign w:val="center"/>
          </w:tcPr>
          <w:p w14:paraId="1F2AA539" w14:textId="302A5CE2" w:rsidR="00D61B79" w:rsidRDefault="00623226">
            <w:pPr>
              <w:spacing w:after="0"/>
              <w:jc w:val="center"/>
            </w:pPr>
            <w:r>
              <w:rPr>
                <w:sz w:val="17"/>
              </w:rPr>
              <w:t>2</w:t>
            </w:r>
          </w:p>
        </w:tc>
      </w:tr>
      <w:tr w:rsidR="00D61B79" w14:paraId="4E103207" w14:textId="77777777">
        <w:tc>
          <w:tcPr>
            <w:tcW w:w="3888" w:type="dxa"/>
            <w:tcMar>
              <w:top w:w="90" w:type="dxa"/>
              <w:left w:w="120" w:type="dxa"/>
              <w:bottom w:w="90" w:type="dxa"/>
              <w:right w:w="120" w:type="dxa"/>
            </w:tcMar>
            <w:vAlign w:val="center"/>
          </w:tcPr>
          <w:p w14:paraId="2A7C7687" w14:textId="77777777" w:rsidR="00D61B79" w:rsidRDefault="00B901AA">
            <w:pPr>
              <w:spacing w:after="0"/>
            </w:pPr>
            <w:r>
              <w:rPr>
                <w:b/>
                <w:sz w:val="17"/>
              </w:rPr>
              <w:t>George Patterson</w:t>
            </w:r>
          </w:p>
        </w:tc>
        <w:tc>
          <w:tcPr>
            <w:tcW w:w="1440" w:type="dxa"/>
            <w:tcMar>
              <w:top w:w="90" w:type="dxa"/>
              <w:left w:w="120" w:type="dxa"/>
              <w:bottom w:w="90" w:type="dxa"/>
              <w:right w:w="120" w:type="dxa"/>
            </w:tcMar>
            <w:vAlign w:val="center"/>
          </w:tcPr>
          <w:p w14:paraId="03DBF476" w14:textId="77777777" w:rsidR="00D61B79" w:rsidRDefault="00B901AA">
            <w:pPr>
              <w:spacing w:after="0"/>
              <w:jc w:val="center"/>
            </w:pPr>
            <w:r>
              <w:rPr>
                <w:sz w:val="17"/>
              </w:rPr>
              <w:t>0</w:t>
            </w:r>
          </w:p>
        </w:tc>
        <w:tc>
          <w:tcPr>
            <w:tcW w:w="1440" w:type="dxa"/>
            <w:tcMar>
              <w:top w:w="90" w:type="dxa"/>
              <w:left w:w="120" w:type="dxa"/>
              <w:bottom w:w="90" w:type="dxa"/>
              <w:right w:w="120" w:type="dxa"/>
            </w:tcMar>
            <w:vAlign w:val="center"/>
          </w:tcPr>
          <w:p w14:paraId="283DF70F" w14:textId="77777777" w:rsidR="00D61B79" w:rsidRDefault="00B901AA">
            <w:pPr>
              <w:spacing w:after="0"/>
              <w:jc w:val="center"/>
            </w:pPr>
            <w:r>
              <w:rPr>
                <w:sz w:val="17"/>
              </w:rPr>
              <w:t>0</w:t>
            </w:r>
          </w:p>
        </w:tc>
        <w:tc>
          <w:tcPr>
            <w:tcW w:w="1440" w:type="dxa"/>
            <w:tcMar>
              <w:top w:w="90" w:type="dxa"/>
              <w:left w:w="120" w:type="dxa"/>
              <w:bottom w:w="90" w:type="dxa"/>
              <w:right w:w="120" w:type="dxa"/>
            </w:tcMar>
            <w:vAlign w:val="center"/>
          </w:tcPr>
          <w:p w14:paraId="6C3BCA05" w14:textId="77777777" w:rsidR="00D61B79" w:rsidRDefault="00B901AA">
            <w:pPr>
              <w:spacing w:after="0"/>
              <w:jc w:val="center"/>
            </w:pPr>
            <w:r>
              <w:rPr>
                <w:sz w:val="17"/>
              </w:rPr>
              <w:t>0</w:t>
            </w:r>
          </w:p>
        </w:tc>
        <w:tc>
          <w:tcPr>
            <w:tcW w:w="1584" w:type="dxa"/>
            <w:tcMar>
              <w:top w:w="90" w:type="dxa"/>
              <w:left w:w="120" w:type="dxa"/>
              <w:bottom w:w="90" w:type="dxa"/>
              <w:right w:w="120" w:type="dxa"/>
            </w:tcMar>
            <w:vAlign w:val="center"/>
          </w:tcPr>
          <w:p w14:paraId="4CC21E46" w14:textId="77777777" w:rsidR="00D61B79" w:rsidRDefault="00B901AA">
            <w:pPr>
              <w:spacing w:after="0"/>
              <w:jc w:val="center"/>
            </w:pPr>
            <w:r>
              <w:rPr>
                <w:sz w:val="17"/>
              </w:rPr>
              <w:t>0</w:t>
            </w:r>
          </w:p>
        </w:tc>
      </w:tr>
    </w:tbl>
    <w:p w14:paraId="5E5C2523" w14:textId="77777777" w:rsidR="00D61B79" w:rsidRDefault="00B901AA">
      <w:pPr>
        <w:spacing w:before="60"/>
      </w:pPr>
      <w:r>
        <w:rPr>
          <w:b/>
          <w:color w:val="E31B23"/>
        </w:rPr>
        <w:t>Team total: 10 gold • 4 silver • 2 bronze</w:t>
      </w:r>
      <w:r>
        <w:rPr>
          <w:i/>
          <w:color w:val="5B6770"/>
          <w:sz w:val="17"/>
        </w:rPr>
        <w:t xml:space="preserve">  |  Relay medals are included for each SOSA athlete in the winning team.</w:t>
      </w:r>
    </w:p>
    <w:p w14:paraId="10098D74" w14:textId="77777777" w:rsidR="00D61B79" w:rsidRDefault="00B901AA">
      <w:r>
        <w:br w:type="page"/>
      </w:r>
    </w:p>
    <w:p w14:paraId="59845788" w14:textId="77777777" w:rsidR="00D61B79" w:rsidRDefault="00B901AA">
      <w:pPr>
        <w:pStyle w:val="Heading1"/>
      </w:pPr>
      <w:r>
        <w:lastRenderedPageBreak/>
        <w:t>Results and achievements</w:t>
      </w:r>
    </w:p>
    <w:p w14:paraId="451EE5AE" w14:textId="77777777" w:rsidR="00D61B79" w:rsidRDefault="00B901AA">
      <w:r>
        <w:t>The table below brings together the SOSA results recorded across the five supplied swimming result sheets. Placings are within the stated division or final. DSQ results are shown openly as part of the full competition story - every athlete’s effort and courage matters.</w:t>
      </w:r>
    </w:p>
    <w:tbl>
      <w:tblPr>
        <w:tblStyle w:val="TableGrid"/>
        <w:tblW w:w="9792" w:type="dxa"/>
        <w:tblInd w:w="120" w:type="dxa"/>
        <w:tblLayout w:type="fixed"/>
        <w:tblLook w:val="04A0" w:firstRow="1" w:lastRow="0" w:firstColumn="1" w:lastColumn="0" w:noHBand="0" w:noVBand="1"/>
      </w:tblPr>
      <w:tblGrid>
        <w:gridCol w:w="2592"/>
        <w:gridCol w:w="5112"/>
        <w:gridCol w:w="2088"/>
      </w:tblGrid>
      <w:tr w:rsidR="00D61B79" w14:paraId="1B81DF26" w14:textId="77777777">
        <w:trPr>
          <w:tblHeader/>
        </w:trPr>
        <w:tc>
          <w:tcPr>
            <w:tcW w:w="2592" w:type="dxa"/>
            <w:shd w:val="clear" w:color="auto" w:fill="1A5DAA"/>
            <w:tcMar>
              <w:top w:w="90" w:type="dxa"/>
              <w:left w:w="120" w:type="dxa"/>
              <w:bottom w:w="90" w:type="dxa"/>
              <w:right w:w="120" w:type="dxa"/>
            </w:tcMar>
            <w:vAlign w:val="center"/>
          </w:tcPr>
          <w:p w14:paraId="4D5E25EB" w14:textId="77777777" w:rsidR="00D61B79" w:rsidRDefault="00B901AA">
            <w:pPr>
              <w:spacing w:after="0"/>
            </w:pPr>
            <w:r>
              <w:rPr>
                <w:b/>
                <w:color w:val="FFFFFF"/>
                <w:sz w:val="18"/>
              </w:rPr>
              <w:t>Athlete</w:t>
            </w:r>
          </w:p>
        </w:tc>
        <w:tc>
          <w:tcPr>
            <w:tcW w:w="5112" w:type="dxa"/>
            <w:shd w:val="clear" w:color="auto" w:fill="1A5DAA"/>
            <w:tcMar>
              <w:top w:w="90" w:type="dxa"/>
              <w:left w:w="120" w:type="dxa"/>
              <w:bottom w:w="90" w:type="dxa"/>
              <w:right w:w="120" w:type="dxa"/>
            </w:tcMar>
            <w:vAlign w:val="center"/>
          </w:tcPr>
          <w:p w14:paraId="2FE17CD1" w14:textId="77777777" w:rsidR="00D61B79" w:rsidRDefault="00B901AA">
            <w:pPr>
              <w:spacing w:after="0"/>
            </w:pPr>
            <w:r>
              <w:rPr>
                <w:b/>
                <w:color w:val="FFFFFF"/>
                <w:sz w:val="18"/>
              </w:rPr>
              <w:t>Event</w:t>
            </w:r>
          </w:p>
        </w:tc>
        <w:tc>
          <w:tcPr>
            <w:tcW w:w="2088" w:type="dxa"/>
            <w:shd w:val="clear" w:color="auto" w:fill="1A5DAA"/>
            <w:tcMar>
              <w:top w:w="90" w:type="dxa"/>
              <w:left w:w="120" w:type="dxa"/>
              <w:bottom w:w="90" w:type="dxa"/>
              <w:right w:w="120" w:type="dxa"/>
            </w:tcMar>
            <w:vAlign w:val="center"/>
          </w:tcPr>
          <w:p w14:paraId="787E2C99" w14:textId="77777777" w:rsidR="00D61B79" w:rsidRDefault="00B901AA">
            <w:pPr>
              <w:spacing w:after="0"/>
            </w:pPr>
            <w:r>
              <w:rPr>
                <w:b/>
                <w:color w:val="FFFFFF"/>
                <w:sz w:val="18"/>
              </w:rPr>
              <w:t>Result</w:t>
            </w:r>
          </w:p>
        </w:tc>
      </w:tr>
      <w:tr w:rsidR="00D61B79" w14:paraId="2628E49A" w14:textId="77777777">
        <w:tc>
          <w:tcPr>
            <w:tcW w:w="2592" w:type="dxa"/>
            <w:tcMar>
              <w:top w:w="90" w:type="dxa"/>
              <w:left w:w="120" w:type="dxa"/>
              <w:bottom w:w="90" w:type="dxa"/>
              <w:right w:w="120" w:type="dxa"/>
            </w:tcMar>
            <w:vAlign w:val="center"/>
          </w:tcPr>
          <w:p w14:paraId="605A6821" w14:textId="77777777" w:rsidR="00D61B79" w:rsidRDefault="00B901AA">
            <w:pPr>
              <w:spacing w:after="0"/>
            </w:pPr>
            <w:r>
              <w:rPr>
                <w:b/>
                <w:sz w:val="16"/>
              </w:rPr>
              <w:t>George Patterson</w:t>
            </w:r>
          </w:p>
        </w:tc>
        <w:tc>
          <w:tcPr>
            <w:tcW w:w="5112" w:type="dxa"/>
            <w:tcMar>
              <w:top w:w="90" w:type="dxa"/>
              <w:left w:w="120" w:type="dxa"/>
              <w:bottom w:w="90" w:type="dxa"/>
              <w:right w:w="120" w:type="dxa"/>
            </w:tcMar>
            <w:vAlign w:val="center"/>
          </w:tcPr>
          <w:p w14:paraId="0759A417" w14:textId="77777777" w:rsidR="00D61B79" w:rsidRDefault="00B901AA">
            <w:pPr>
              <w:spacing w:after="0"/>
            </w:pPr>
            <w:r>
              <w:rPr>
                <w:sz w:val="16"/>
              </w:rPr>
              <w:t>25m Freestyle</w:t>
            </w:r>
          </w:p>
        </w:tc>
        <w:tc>
          <w:tcPr>
            <w:tcW w:w="2088" w:type="dxa"/>
            <w:tcMar>
              <w:top w:w="90" w:type="dxa"/>
              <w:left w:w="120" w:type="dxa"/>
              <w:bottom w:w="90" w:type="dxa"/>
              <w:right w:w="120" w:type="dxa"/>
            </w:tcMar>
            <w:vAlign w:val="center"/>
          </w:tcPr>
          <w:p w14:paraId="14F8C1A0" w14:textId="77777777" w:rsidR="00D61B79" w:rsidRDefault="00B901AA">
            <w:pPr>
              <w:spacing w:after="0"/>
            </w:pPr>
            <w:r>
              <w:rPr>
                <w:sz w:val="16"/>
              </w:rPr>
              <w:t>5th</w:t>
            </w:r>
          </w:p>
        </w:tc>
      </w:tr>
      <w:tr w:rsidR="00D61B79" w14:paraId="3D699977" w14:textId="77777777">
        <w:tc>
          <w:tcPr>
            <w:tcW w:w="2592" w:type="dxa"/>
            <w:tcMar>
              <w:top w:w="90" w:type="dxa"/>
              <w:left w:w="120" w:type="dxa"/>
              <w:bottom w:w="90" w:type="dxa"/>
              <w:right w:w="120" w:type="dxa"/>
            </w:tcMar>
            <w:vAlign w:val="center"/>
          </w:tcPr>
          <w:p w14:paraId="09D6BABF" w14:textId="77777777" w:rsidR="00D61B79" w:rsidRDefault="00B901AA">
            <w:pPr>
              <w:spacing w:after="0"/>
            </w:pPr>
            <w:r>
              <w:rPr>
                <w:b/>
                <w:sz w:val="16"/>
              </w:rPr>
              <w:t>George Patterson</w:t>
            </w:r>
          </w:p>
        </w:tc>
        <w:tc>
          <w:tcPr>
            <w:tcW w:w="5112" w:type="dxa"/>
            <w:tcMar>
              <w:top w:w="90" w:type="dxa"/>
              <w:left w:w="120" w:type="dxa"/>
              <w:bottom w:w="90" w:type="dxa"/>
              <w:right w:w="120" w:type="dxa"/>
            </w:tcMar>
            <w:vAlign w:val="center"/>
          </w:tcPr>
          <w:p w14:paraId="0DC6D9DA" w14:textId="77777777" w:rsidR="00D61B79" w:rsidRDefault="00B901AA">
            <w:pPr>
              <w:spacing w:after="0"/>
            </w:pPr>
            <w:r>
              <w:rPr>
                <w:sz w:val="16"/>
              </w:rPr>
              <w:t>50m Backstroke</w:t>
            </w:r>
          </w:p>
        </w:tc>
        <w:tc>
          <w:tcPr>
            <w:tcW w:w="2088" w:type="dxa"/>
            <w:tcMar>
              <w:top w:w="90" w:type="dxa"/>
              <w:left w:w="120" w:type="dxa"/>
              <w:bottom w:w="90" w:type="dxa"/>
              <w:right w:w="120" w:type="dxa"/>
            </w:tcMar>
            <w:vAlign w:val="center"/>
          </w:tcPr>
          <w:p w14:paraId="20A036F8" w14:textId="77777777" w:rsidR="00D61B79" w:rsidRDefault="00B901AA">
            <w:pPr>
              <w:spacing w:after="0"/>
            </w:pPr>
            <w:r>
              <w:rPr>
                <w:sz w:val="16"/>
              </w:rPr>
              <w:t>DSQ</w:t>
            </w:r>
          </w:p>
        </w:tc>
      </w:tr>
      <w:tr w:rsidR="00D61B79" w14:paraId="74199B1F" w14:textId="77777777">
        <w:tc>
          <w:tcPr>
            <w:tcW w:w="2592" w:type="dxa"/>
            <w:tcMar>
              <w:top w:w="90" w:type="dxa"/>
              <w:left w:w="120" w:type="dxa"/>
              <w:bottom w:w="90" w:type="dxa"/>
              <w:right w:w="120" w:type="dxa"/>
            </w:tcMar>
            <w:vAlign w:val="center"/>
          </w:tcPr>
          <w:p w14:paraId="17314E1D" w14:textId="77777777" w:rsidR="00D61B79" w:rsidRDefault="00B901AA">
            <w:pPr>
              <w:spacing w:after="0"/>
            </w:pPr>
            <w:r>
              <w:rPr>
                <w:b/>
                <w:sz w:val="16"/>
              </w:rPr>
              <w:t>George Patterson</w:t>
            </w:r>
          </w:p>
        </w:tc>
        <w:tc>
          <w:tcPr>
            <w:tcW w:w="5112" w:type="dxa"/>
            <w:tcMar>
              <w:top w:w="90" w:type="dxa"/>
              <w:left w:w="120" w:type="dxa"/>
              <w:bottom w:w="90" w:type="dxa"/>
              <w:right w:w="120" w:type="dxa"/>
            </w:tcMar>
            <w:vAlign w:val="center"/>
          </w:tcPr>
          <w:p w14:paraId="598E66E1" w14:textId="77777777" w:rsidR="00D61B79" w:rsidRDefault="00B901AA">
            <w:pPr>
              <w:spacing w:after="0"/>
            </w:pPr>
            <w:r>
              <w:rPr>
                <w:sz w:val="16"/>
              </w:rPr>
              <w:t>50m Freestyle</w:t>
            </w:r>
          </w:p>
        </w:tc>
        <w:tc>
          <w:tcPr>
            <w:tcW w:w="2088" w:type="dxa"/>
            <w:tcMar>
              <w:top w:w="90" w:type="dxa"/>
              <w:left w:w="120" w:type="dxa"/>
              <w:bottom w:w="90" w:type="dxa"/>
              <w:right w:w="120" w:type="dxa"/>
            </w:tcMar>
            <w:vAlign w:val="center"/>
          </w:tcPr>
          <w:p w14:paraId="470DB65B" w14:textId="77777777" w:rsidR="00D61B79" w:rsidRDefault="00B901AA">
            <w:pPr>
              <w:spacing w:after="0"/>
            </w:pPr>
            <w:r>
              <w:rPr>
                <w:sz w:val="16"/>
              </w:rPr>
              <w:t>4th</w:t>
            </w:r>
          </w:p>
        </w:tc>
      </w:tr>
      <w:tr w:rsidR="00D61B79" w14:paraId="18773E79" w14:textId="77777777">
        <w:tc>
          <w:tcPr>
            <w:tcW w:w="2592" w:type="dxa"/>
            <w:tcMar>
              <w:top w:w="90" w:type="dxa"/>
              <w:left w:w="120" w:type="dxa"/>
              <w:bottom w:w="90" w:type="dxa"/>
              <w:right w:w="120" w:type="dxa"/>
            </w:tcMar>
            <w:vAlign w:val="center"/>
          </w:tcPr>
          <w:p w14:paraId="1560DAD7" w14:textId="77777777" w:rsidR="00D61B79" w:rsidRDefault="00B901AA">
            <w:pPr>
              <w:spacing w:after="0"/>
            </w:pPr>
            <w:r>
              <w:rPr>
                <w:b/>
                <w:sz w:val="16"/>
              </w:rPr>
              <w:t>Imogen Brown</w:t>
            </w:r>
          </w:p>
        </w:tc>
        <w:tc>
          <w:tcPr>
            <w:tcW w:w="5112" w:type="dxa"/>
            <w:tcMar>
              <w:top w:w="90" w:type="dxa"/>
              <w:left w:w="120" w:type="dxa"/>
              <w:bottom w:w="90" w:type="dxa"/>
              <w:right w:w="120" w:type="dxa"/>
            </w:tcMar>
            <w:vAlign w:val="center"/>
          </w:tcPr>
          <w:p w14:paraId="3FB83735" w14:textId="77777777" w:rsidR="00D61B79" w:rsidRDefault="00B901AA">
            <w:pPr>
              <w:spacing w:after="0"/>
            </w:pPr>
            <w:r>
              <w:rPr>
                <w:sz w:val="16"/>
              </w:rPr>
              <w:t>100m Individual Medley</w:t>
            </w:r>
          </w:p>
        </w:tc>
        <w:tc>
          <w:tcPr>
            <w:tcW w:w="2088" w:type="dxa"/>
            <w:shd w:val="clear" w:color="auto" w:fill="FFF4C4"/>
            <w:tcMar>
              <w:top w:w="90" w:type="dxa"/>
              <w:left w:w="120" w:type="dxa"/>
              <w:bottom w:w="90" w:type="dxa"/>
              <w:right w:w="120" w:type="dxa"/>
            </w:tcMar>
            <w:vAlign w:val="center"/>
          </w:tcPr>
          <w:p w14:paraId="192AC293" w14:textId="77777777" w:rsidR="00D61B79" w:rsidRDefault="00B901AA">
            <w:pPr>
              <w:spacing w:after="0"/>
            </w:pPr>
            <w:r>
              <w:rPr>
                <w:sz w:val="16"/>
              </w:rPr>
              <w:t>Gold</w:t>
            </w:r>
          </w:p>
        </w:tc>
      </w:tr>
      <w:tr w:rsidR="00D61B79" w14:paraId="04F8B0A0" w14:textId="77777777">
        <w:tc>
          <w:tcPr>
            <w:tcW w:w="2592" w:type="dxa"/>
            <w:tcMar>
              <w:top w:w="90" w:type="dxa"/>
              <w:left w:w="120" w:type="dxa"/>
              <w:bottom w:w="90" w:type="dxa"/>
              <w:right w:w="120" w:type="dxa"/>
            </w:tcMar>
            <w:vAlign w:val="center"/>
          </w:tcPr>
          <w:p w14:paraId="31A45CDC" w14:textId="77777777" w:rsidR="00D61B79" w:rsidRDefault="00B901AA">
            <w:pPr>
              <w:spacing w:after="0"/>
            </w:pPr>
            <w:r>
              <w:rPr>
                <w:b/>
                <w:sz w:val="16"/>
              </w:rPr>
              <w:t>Imogen Brown</w:t>
            </w:r>
          </w:p>
        </w:tc>
        <w:tc>
          <w:tcPr>
            <w:tcW w:w="5112" w:type="dxa"/>
            <w:tcMar>
              <w:top w:w="90" w:type="dxa"/>
              <w:left w:w="120" w:type="dxa"/>
              <w:bottom w:w="90" w:type="dxa"/>
              <w:right w:w="120" w:type="dxa"/>
            </w:tcMar>
            <w:vAlign w:val="center"/>
          </w:tcPr>
          <w:p w14:paraId="098B208B" w14:textId="77777777" w:rsidR="00D61B79" w:rsidRDefault="00B901AA">
            <w:pPr>
              <w:spacing w:after="0"/>
            </w:pPr>
            <w:r>
              <w:rPr>
                <w:sz w:val="16"/>
              </w:rPr>
              <w:t>100m Freestyle</w:t>
            </w:r>
          </w:p>
        </w:tc>
        <w:tc>
          <w:tcPr>
            <w:tcW w:w="2088" w:type="dxa"/>
            <w:shd w:val="clear" w:color="auto" w:fill="F0F1F2"/>
            <w:tcMar>
              <w:top w:w="90" w:type="dxa"/>
              <w:left w:w="120" w:type="dxa"/>
              <w:bottom w:w="90" w:type="dxa"/>
              <w:right w:w="120" w:type="dxa"/>
            </w:tcMar>
            <w:vAlign w:val="center"/>
          </w:tcPr>
          <w:p w14:paraId="396C25F3" w14:textId="77777777" w:rsidR="00D61B79" w:rsidRDefault="00B901AA">
            <w:pPr>
              <w:spacing w:after="0"/>
            </w:pPr>
            <w:r>
              <w:rPr>
                <w:sz w:val="16"/>
              </w:rPr>
              <w:t>Silver</w:t>
            </w:r>
          </w:p>
        </w:tc>
      </w:tr>
      <w:tr w:rsidR="00D61B79" w14:paraId="354CC40D" w14:textId="77777777">
        <w:tc>
          <w:tcPr>
            <w:tcW w:w="2592" w:type="dxa"/>
            <w:tcMar>
              <w:top w:w="90" w:type="dxa"/>
              <w:left w:w="120" w:type="dxa"/>
              <w:bottom w:w="90" w:type="dxa"/>
              <w:right w:w="120" w:type="dxa"/>
            </w:tcMar>
            <w:vAlign w:val="center"/>
          </w:tcPr>
          <w:p w14:paraId="539C9954" w14:textId="77777777" w:rsidR="00D61B79" w:rsidRDefault="00B901AA">
            <w:pPr>
              <w:spacing w:after="0"/>
            </w:pPr>
            <w:r>
              <w:rPr>
                <w:b/>
                <w:sz w:val="16"/>
              </w:rPr>
              <w:t>Imogen Brown</w:t>
            </w:r>
          </w:p>
        </w:tc>
        <w:tc>
          <w:tcPr>
            <w:tcW w:w="5112" w:type="dxa"/>
            <w:tcMar>
              <w:top w:w="90" w:type="dxa"/>
              <w:left w:w="120" w:type="dxa"/>
              <w:bottom w:w="90" w:type="dxa"/>
              <w:right w:w="120" w:type="dxa"/>
            </w:tcMar>
            <w:vAlign w:val="center"/>
          </w:tcPr>
          <w:p w14:paraId="39B315FD" w14:textId="77777777" w:rsidR="00D61B79" w:rsidRDefault="00B901AA">
            <w:pPr>
              <w:spacing w:after="0"/>
            </w:pPr>
            <w:r>
              <w:rPr>
                <w:sz w:val="16"/>
              </w:rPr>
              <w:t>50m Freestyle</w:t>
            </w:r>
          </w:p>
        </w:tc>
        <w:tc>
          <w:tcPr>
            <w:tcW w:w="2088" w:type="dxa"/>
            <w:shd w:val="clear" w:color="auto" w:fill="F0F1F2"/>
            <w:tcMar>
              <w:top w:w="90" w:type="dxa"/>
              <w:left w:w="120" w:type="dxa"/>
              <w:bottom w:w="90" w:type="dxa"/>
              <w:right w:w="120" w:type="dxa"/>
            </w:tcMar>
            <w:vAlign w:val="center"/>
          </w:tcPr>
          <w:p w14:paraId="265F6906" w14:textId="77777777" w:rsidR="00D61B79" w:rsidRDefault="00B901AA">
            <w:pPr>
              <w:spacing w:after="0"/>
            </w:pPr>
            <w:r>
              <w:rPr>
                <w:sz w:val="16"/>
              </w:rPr>
              <w:t>Silver</w:t>
            </w:r>
          </w:p>
        </w:tc>
      </w:tr>
      <w:tr w:rsidR="00D61B79" w14:paraId="4AEE206C" w14:textId="77777777">
        <w:tc>
          <w:tcPr>
            <w:tcW w:w="2592" w:type="dxa"/>
            <w:tcMar>
              <w:top w:w="90" w:type="dxa"/>
              <w:left w:w="120" w:type="dxa"/>
              <w:bottom w:w="90" w:type="dxa"/>
              <w:right w:w="120" w:type="dxa"/>
            </w:tcMar>
            <w:vAlign w:val="center"/>
          </w:tcPr>
          <w:p w14:paraId="5D09FB64" w14:textId="77777777" w:rsidR="00D61B79" w:rsidRDefault="00B901AA">
            <w:pPr>
              <w:spacing w:after="0"/>
            </w:pPr>
            <w:r>
              <w:rPr>
                <w:b/>
                <w:sz w:val="16"/>
              </w:rPr>
              <w:t>Imogen Brown</w:t>
            </w:r>
          </w:p>
        </w:tc>
        <w:tc>
          <w:tcPr>
            <w:tcW w:w="5112" w:type="dxa"/>
            <w:tcMar>
              <w:top w:w="90" w:type="dxa"/>
              <w:left w:w="120" w:type="dxa"/>
              <w:bottom w:w="90" w:type="dxa"/>
              <w:right w:w="120" w:type="dxa"/>
            </w:tcMar>
            <w:vAlign w:val="center"/>
          </w:tcPr>
          <w:p w14:paraId="62FE0EE8" w14:textId="77777777" w:rsidR="00D61B79" w:rsidRDefault="00B901AA">
            <w:pPr>
              <w:spacing w:after="0"/>
            </w:pPr>
            <w:r>
              <w:rPr>
                <w:sz w:val="16"/>
              </w:rPr>
              <w:t>4x50m Freestyle Relay</w:t>
            </w:r>
          </w:p>
        </w:tc>
        <w:tc>
          <w:tcPr>
            <w:tcW w:w="2088" w:type="dxa"/>
            <w:shd w:val="clear" w:color="auto" w:fill="FFF4C4"/>
            <w:tcMar>
              <w:top w:w="90" w:type="dxa"/>
              <w:left w:w="120" w:type="dxa"/>
              <w:bottom w:w="90" w:type="dxa"/>
              <w:right w:w="120" w:type="dxa"/>
            </w:tcMar>
            <w:vAlign w:val="center"/>
          </w:tcPr>
          <w:p w14:paraId="478EC37B" w14:textId="77777777" w:rsidR="00D61B79" w:rsidRDefault="00B901AA">
            <w:pPr>
              <w:spacing w:after="0"/>
            </w:pPr>
            <w:r>
              <w:rPr>
                <w:sz w:val="16"/>
              </w:rPr>
              <w:t>Gold</w:t>
            </w:r>
          </w:p>
        </w:tc>
      </w:tr>
      <w:tr w:rsidR="00D61B79" w14:paraId="2EB50D87" w14:textId="77777777">
        <w:tc>
          <w:tcPr>
            <w:tcW w:w="2592" w:type="dxa"/>
            <w:tcMar>
              <w:top w:w="90" w:type="dxa"/>
              <w:left w:w="120" w:type="dxa"/>
              <w:bottom w:w="90" w:type="dxa"/>
              <w:right w:w="120" w:type="dxa"/>
            </w:tcMar>
            <w:vAlign w:val="center"/>
          </w:tcPr>
          <w:p w14:paraId="2C5EA7CD" w14:textId="77777777" w:rsidR="00D61B79" w:rsidRDefault="00B901AA">
            <w:pPr>
              <w:spacing w:after="0"/>
            </w:pPr>
            <w:r>
              <w:rPr>
                <w:b/>
                <w:sz w:val="16"/>
              </w:rPr>
              <w:t>Joe Edwards</w:t>
            </w:r>
          </w:p>
        </w:tc>
        <w:tc>
          <w:tcPr>
            <w:tcW w:w="5112" w:type="dxa"/>
            <w:tcMar>
              <w:top w:w="90" w:type="dxa"/>
              <w:left w:w="120" w:type="dxa"/>
              <w:bottom w:w="90" w:type="dxa"/>
              <w:right w:w="120" w:type="dxa"/>
            </w:tcMar>
            <w:vAlign w:val="center"/>
          </w:tcPr>
          <w:p w14:paraId="465831C6" w14:textId="77777777" w:rsidR="00D61B79" w:rsidRDefault="00B901AA">
            <w:pPr>
              <w:spacing w:after="0"/>
            </w:pPr>
            <w:r>
              <w:rPr>
                <w:sz w:val="16"/>
              </w:rPr>
              <w:t>100m Individual Medley</w:t>
            </w:r>
          </w:p>
        </w:tc>
        <w:tc>
          <w:tcPr>
            <w:tcW w:w="2088" w:type="dxa"/>
            <w:shd w:val="clear" w:color="auto" w:fill="F0F1F2"/>
            <w:tcMar>
              <w:top w:w="90" w:type="dxa"/>
              <w:left w:w="120" w:type="dxa"/>
              <w:bottom w:w="90" w:type="dxa"/>
              <w:right w:w="120" w:type="dxa"/>
            </w:tcMar>
            <w:vAlign w:val="center"/>
          </w:tcPr>
          <w:p w14:paraId="407A4BA7" w14:textId="77777777" w:rsidR="00D61B79" w:rsidRDefault="00B901AA">
            <w:pPr>
              <w:spacing w:after="0"/>
            </w:pPr>
            <w:r>
              <w:rPr>
                <w:sz w:val="16"/>
              </w:rPr>
              <w:t>Silver</w:t>
            </w:r>
          </w:p>
        </w:tc>
      </w:tr>
      <w:tr w:rsidR="00D61B79" w14:paraId="4C594D24" w14:textId="77777777">
        <w:tc>
          <w:tcPr>
            <w:tcW w:w="2592" w:type="dxa"/>
            <w:tcMar>
              <w:top w:w="90" w:type="dxa"/>
              <w:left w:w="120" w:type="dxa"/>
              <w:bottom w:w="90" w:type="dxa"/>
              <w:right w:w="120" w:type="dxa"/>
            </w:tcMar>
            <w:vAlign w:val="center"/>
          </w:tcPr>
          <w:p w14:paraId="72D4AEEF" w14:textId="77777777" w:rsidR="00D61B79" w:rsidRDefault="00B901AA">
            <w:pPr>
              <w:spacing w:after="0"/>
            </w:pPr>
            <w:r>
              <w:rPr>
                <w:b/>
                <w:sz w:val="16"/>
              </w:rPr>
              <w:t>Joe Edwards</w:t>
            </w:r>
          </w:p>
        </w:tc>
        <w:tc>
          <w:tcPr>
            <w:tcW w:w="5112" w:type="dxa"/>
            <w:tcMar>
              <w:top w:w="90" w:type="dxa"/>
              <w:left w:w="120" w:type="dxa"/>
              <w:bottom w:w="90" w:type="dxa"/>
              <w:right w:w="120" w:type="dxa"/>
            </w:tcMar>
            <w:vAlign w:val="center"/>
          </w:tcPr>
          <w:p w14:paraId="6447FE2F" w14:textId="77777777" w:rsidR="00D61B79" w:rsidRDefault="00B901AA">
            <w:pPr>
              <w:spacing w:after="0"/>
            </w:pPr>
            <w:r>
              <w:rPr>
                <w:sz w:val="16"/>
              </w:rPr>
              <w:t>100m Freestyle</w:t>
            </w:r>
          </w:p>
        </w:tc>
        <w:tc>
          <w:tcPr>
            <w:tcW w:w="2088" w:type="dxa"/>
            <w:tcMar>
              <w:top w:w="90" w:type="dxa"/>
              <w:left w:w="120" w:type="dxa"/>
              <w:bottom w:w="90" w:type="dxa"/>
              <w:right w:w="120" w:type="dxa"/>
            </w:tcMar>
            <w:vAlign w:val="center"/>
          </w:tcPr>
          <w:p w14:paraId="38EF388D" w14:textId="77777777" w:rsidR="00D61B79" w:rsidRDefault="00B901AA">
            <w:pPr>
              <w:spacing w:after="0"/>
            </w:pPr>
            <w:r>
              <w:rPr>
                <w:sz w:val="16"/>
              </w:rPr>
              <w:t>4th</w:t>
            </w:r>
          </w:p>
        </w:tc>
      </w:tr>
      <w:tr w:rsidR="00D61B79" w14:paraId="440A18AF" w14:textId="77777777">
        <w:tc>
          <w:tcPr>
            <w:tcW w:w="2592" w:type="dxa"/>
            <w:tcMar>
              <w:top w:w="90" w:type="dxa"/>
              <w:left w:w="120" w:type="dxa"/>
              <w:bottom w:w="90" w:type="dxa"/>
              <w:right w:w="120" w:type="dxa"/>
            </w:tcMar>
            <w:vAlign w:val="center"/>
          </w:tcPr>
          <w:p w14:paraId="18F148B4" w14:textId="77777777" w:rsidR="00D61B79" w:rsidRDefault="00B901AA">
            <w:pPr>
              <w:spacing w:after="0"/>
            </w:pPr>
            <w:r>
              <w:rPr>
                <w:b/>
                <w:sz w:val="16"/>
              </w:rPr>
              <w:t>Joe Edwards</w:t>
            </w:r>
          </w:p>
        </w:tc>
        <w:tc>
          <w:tcPr>
            <w:tcW w:w="5112" w:type="dxa"/>
            <w:tcMar>
              <w:top w:w="90" w:type="dxa"/>
              <w:left w:w="120" w:type="dxa"/>
              <w:bottom w:w="90" w:type="dxa"/>
              <w:right w:w="120" w:type="dxa"/>
            </w:tcMar>
            <w:vAlign w:val="center"/>
          </w:tcPr>
          <w:p w14:paraId="7B7EE712" w14:textId="77777777" w:rsidR="00D61B79" w:rsidRDefault="00B901AA">
            <w:pPr>
              <w:spacing w:after="0"/>
            </w:pPr>
            <w:r>
              <w:rPr>
                <w:sz w:val="16"/>
              </w:rPr>
              <w:t>200m Breaststroke</w:t>
            </w:r>
          </w:p>
        </w:tc>
        <w:tc>
          <w:tcPr>
            <w:tcW w:w="2088" w:type="dxa"/>
            <w:shd w:val="clear" w:color="auto" w:fill="FFF4C4"/>
            <w:tcMar>
              <w:top w:w="90" w:type="dxa"/>
              <w:left w:w="120" w:type="dxa"/>
              <w:bottom w:w="90" w:type="dxa"/>
              <w:right w:w="120" w:type="dxa"/>
            </w:tcMar>
            <w:vAlign w:val="center"/>
          </w:tcPr>
          <w:p w14:paraId="4E739AE5" w14:textId="77777777" w:rsidR="00D61B79" w:rsidRDefault="00B901AA">
            <w:pPr>
              <w:spacing w:after="0"/>
            </w:pPr>
            <w:r>
              <w:rPr>
                <w:sz w:val="16"/>
              </w:rPr>
              <w:t>Gold</w:t>
            </w:r>
          </w:p>
        </w:tc>
      </w:tr>
      <w:tr w:rsidR="00D61B79" w14:paraId="22D36ED4" w14:textId="77777777">
        <w:tc>
          <w:tcPr>
            <w:tcW w:w="2592" w:type="dxa"/>
            <w:tcMar>
              <w:top w:w="90" w:type="dxa"/>
              <w:left w:w="120" w:type="dxa"/>
              <w:bottom w:w="90" w:type="dxa"/>
              <w:right w:w="120" w:type="dxa"/>
            </w:tcMar>
            <w:vAlign w:val="center"/>
          </w:tcPr>
          <w:p w14:paraId="5261D514" w14:textId="77777777" w:rsidR="00D61B79" w:rsidRDefault="00B901AA">
            <w:pPr>
              <w:spacing w:after="0"/>
            </w:pPr>
            <w:r>
              <w:rPr>
                <w:b/>
                <w:sz w:val="16"/>
              </w:rPr>
              <w:t>Joe Edwards</w:t>
            </w:r>
          </w:p>
        </w:tc>
        <w:tc>
          <w:tcPr>
            <w:tcW w:w="5112" w:type="dxa"/>
            <w:tcMar>
              <w:top w:w="90" w:type="dxa"/>
              <w:left w:w="120" w:type="dxa"/>
              <w:bottom w:w="90" w:type="dxa"/>
              <w:right w:w="120" w:type="dxa"/>
            </w:tcMar>
            <w:vAlign w:val="center"/>
          </w:tcPr>
          <w:p w14:paraId="0E384280" w14:textId="77777777" w:rsidR="00D61B79" w:rsidRDefault="00B901AA">
            <w:pPr>
              <w:spacing w:after="0"/>
            </w:pPr>
            <w:r>
              <w:rPr>
                <w:sz w:val="16"/>
              </w:rPr>
              <w:t>4x50m Freestyle Relay</w:t>
            </w:r>
          </w:p>
        </w:tc>
        <w:tc>
          <w:tcPr>
            <w:tcW w:w="2088" w:type="dxa"/>
            <w:shd w:val="clear" w:color="auto" w:fill="FFF4C4"/>
            <w:tcMar>
              <w:top w:w="90" w:type="dxa"/>
              <w:left w:w="120" w:type="dxa"/>
              <w:bottom w:w="90" w:type="dxa"/>
              <w:right w:w="120" w:type="dxa"/>
            </w:tcMar>
            <w:vAlign w:val="center"/>
          </w:tcPr>
          <w:p w14:paraId="1F5BE100" w14:textId="77777777" w:rsidR="00D61B79" w:rsidRDefault="00B901AA">
            <w:pPr>
              <w:spacing w:after="0"/>
            </w:pPr>
            <w:r>
              <w:rPr>
                <w:sz w:val="16"/>
              </w:rPr>
              <w:t>Gold</w:t>
            </w:r>
          </w:p>
        </w:tc>
      </w:tr>
      <w:tr w:rsidR="00D61B79" w14:paraId="4BA1B62E" w14:textId="77777777">
        <w:tc>
          <w:tcPr>
            <w:tcW w:w="2592" w:type="dxa"/>
            <w:tcMar>
              <w:top w:w="90" w:type="dxa"/>
              <w:left w:w="120" w:type="dxa"/>
              <w:bottom w:w="90" w:type="dxa"/>
              <w:right w:w="120" w:type="dxa"/>
            </w:tcMar>
            <w:vAlign w:val="center"/>
          </w:tcPr>
          <w:p w14:paraId="244F8CD7" w14:textId="77777777" w:rsidR="00D61B79" w:rsidRDefault="00B901AA">
            <w:pPr>
              <w:spacing w:after="0"/>
            </w:pPr>
            <w:r>
              <w:rPr>
                <w:b/>
                <w:sz w:val="16"/>
              </w:rPr>
              <w:t>Mark Johnson</w:t>
            </w:r>
          </w:p>
        </w:tc>
        <w:tc>
          <w:tcPr>
            <w:tcW w:w="5112" w:type="dxa"/>
            <w:tcMar>
              <w:top w:w="90" w:type="dxa"/>
              <w:left w:w="120" w:type="dxa"/>
              <w:bottom w:w="90" w:type="dxa"/>
              <w:right w:w="120" w:type="dxa"/>
            </w:tcMar>
            <w:vAlign w:val="center"/>
          </w:tcPr>
          <w:p w14:paraId="1ADAD512" w14:textId="77777777" w:rsidR="00D61B79" w:rsidRDefault="00B901AA">
            <w:pPr>
              <w:spacing w:after="0"/>
            </w:pPr>
            <w:r>
              <w:rPr>
                <w:sz w:val="16"/>
              </w:rPr>
              <w:t>100m Breaststroke</w:t>
            </w:r>
          </w:p>
        </w:tc>
        <w:tc>
          <w:tcPr>
            <w:tcW w:w="2088" w:type="dxa"/>
            <w:shd w:val="clear" w:color="auto" w:fill="FFF4C4"/>
            <w:tcMar>
              <w:top w:w="90" w:type="dxa"/>
              <w:left w:w="120" w:type="dxa"/>
              <w:bottom w:w="90" w:type="dxa"/>
              <w:right w:w="120" w:type="dxa"/>
            </w:tcMar>
            <w:vAlign w:val="center"/>
          </w:tcPr>
          <w:p w14:paraId="582CD985" w14:textId="77777777" w:rsidR="00D61B79" w:rsidRDefault="00B901AA">
            <w:pPr>
              <w:spacing w:after="0"/>
            </w:pPr>
            <w:r>
              <w:rPr>
                <w:sz w:val="16"/>
              </w:rPr>
              <w:t>Gold</w:t>
            </w:r>
          </w:p>
        </w:tc>
      </w:tr>
      <w:tr w:rsidR="00D61B79" w14:paraId="0459B1C1" w14:textId="77777777">
        <w:tc>
          <w:tcPr>
            <w:tcW w:w="2592" w:type="dxa"/>
            <w:tcMar>
              <w:top w:w="90" w:type="dxa"/>
              <w:left w:w="120" w:type="dxa"/>
              <w:bottom w:w="90" w:type="dxa"/>
              <w:right w:w="120" w:type="dxa"/>
            </w:tcMar>
            <w:vAlign w:val="center"/>
          </w:tcPr>
          <w:p w14:paraId="15D6EE03" w14:textId="77777777" w:rsidR="00D61B79" w:rsidRDefault="00B901AA">
            <w:pPr>
              <w:spacing w:after="0"/>
            </w:pPr>
            <w:r>
              <w:rPr>
                <w:b/>
                <w:sz w:val="16"/>
              </w:rPr>
              <w:t>Mark Johnson</w:t>
            </w:r>
          </w:p>
        </w:tc>
        <w:tc>
          <w:tcPr>
            <w:tcW w:w="5112" w:type="dxa"/>
            <w:tcMar>
              <w:top w:w="90" w:type="dxa"/>
              <w:left w:w="120" w:type="dxa"/>
              <w:bottom w:w="90" w:type="dxa"/>
              <w:right w:w="120" w:type="dxa"/>
            </w:tcMar>
            <w:vAlign w:val="center"/>
          </w:tcPr>
          <w:p w14:paraId="7175A0C2" w14:textId="77777777" w:rsidR="00D61B79" w:rsidRDefault="00B901AA">
            <w:pPr>
              <w:spacing w:after="0"/>
            </w:pPr>
            <w:r>
              <w:rPr>
                <w:sz w:val="16"/>
              </w:rPr>
              <w:t>100m Individual Medley</w:t>
            </w:r>
          </w:p>
        </w:tc>
        <w:tc>
          <w:tcPr>
            <w:tcW w:w="2088" w:type="dxa"/>
            <w:shd w:val="clear" w:color="auto" w:fill="FFF4C4"/>
            <w:tcMar>
              <w:top w:w="90" w:type="dxa"/>
              <w:left w:w="120" w:type="dxa"/>
              <w:bottom w:w="90" w:type="dxa"/>
              <w:right w:w="120" w:type="dxa"/>
            </w:tcMar>
            <w:vAlign w:val="center"/>
          </w:tcPr>
          <w:p w14:paraId="48A5311B" w14:textId="77777777" w:rsidR="00D61B79" w:rsidRDefault="00B901AA">
            <w:pPr>
              <w:spacing w:after="0"/>
            </w:pPr>
            <w:r>
              <w:rPr>
                <w:sz w:val="16"/>
              </w:rPr>
              <w:t>Gold</w:t>
            </w:r>
          </w:p>
        </w:tc>
      </w:tr>
      <w:tr w:rsidR="00D61B79" w14:paraId="2CA5E7A8" w14:textId="77777777">
        <w:tc>
          <w:tcPr>
            <w:tcW w:w="2592" w:type="dxa"/>
            <w:tcMar>
              <w:top w:w="90" w:type="dxa"/>
              <w:left w:w="120" w:type="dxa"/>
              <w:bottom w:w="90" w:type="dxa"/>
              <w:right w:w="120" w:type="dxa"/>
            </w:tcMar>
            <w:vAlign w:val="center"/>
          </w:tcPr>
          <w:p w14:paraId="0004DD88" w14:textId="77777777" w:rsidR="00D61B79" w:rsidRDefault="00B901AA">
            <w:pPr>
              <w:spacing w:after="0"/>
            </w:pPr>
            <w:r>
              <w:rPr>
                <w:b/>
                <w:sz w:val="16"/>
              </w:rPr>
              <w:t>Mark Johnson</w:t>
            </w:r>
          </w:p>
        </w:tc>
        <w:tc>
          <w:tcPr>
            <w:tcW w:w="5112" w:type="dxa"/>
            <w:tcMar>
              <w:top w:w="90" w:type="dxa"/>
              <w:left w:w="120" w:type="dxa"/>
              <w:bottom w:w="90" w:type="dxa"/>
              <w:right w:w="120" w:type="dxa"/>
            </w:tcMar>
            <w:vAlign w:val="center"/>
          </w:tcPr>
          <w:p w14:paraId="55B36885" w14:textId="77777777" w:rsidR="00D61B79" w:rsidRDefault="00B901AA">
            <w:pPr>
              <w:spacing w:after="0"/>
            </w:pPr>
            <w:r>
              <w:rPr>
                <w:sz w:val="16"/>
              </w:rPr>
              <w:t>100m Freestyle</w:t>
            </w:r>
          </w:p>
        </w:tc>
        <w:tc>
          <w:tcPr>
            <w:tcW w:w="2088" w:type="dxa"/>
            <w:shd w:val="clear" w:color="auto" w:fill="F0F1F2"/>
            <w:tcMar>
              <w:top w:w="90" w:type="dxa"/>
              <w:left w:w="120" w:type="dxa"/>
              <w:bottom w:w="90" w:type="dxa"/>
              <w:right w:w="120" w:type="dxa"/>
            </w:tcMar>
            <w:vAlign w:val="center"/>
          </w:tcPr>
          <w:p w14:paraId="5EBDA669" w14:textId="77777777" w:rsidR="00D61B79" w:rsidRDefault="00B901AA">
            <w:pPr>
              <w:spacing w:after="0"/>
            </w:pPr>
            <w:r>
              <w:rPr>
                <w:sz w:val="16"/>
              </w:rPr>
              <w:t>Silver</w:t>
            </w:r>
          </w:p>
        </w:tc>
      </w:tr>
      <w:tr w:rsidR="00D61B79" w14:paraId="34CCCC55" w14:textId="77777777">
        <w:tc>
          <w:tcPr>
            <w:tcW w:w="2592" w:type="dxa"/>
            <w:tcMar>
              <w:top w:w="90" w:type="dxa"/>
              <w:left w:w="120" w:type="dxa"/>
              <w:bottom w:w="90" w:type="dxa"/>
              <w:right w:w="120" w:type="dxa"/>
            </w:tcMar>
            <w:vAlign w:val="center"/>
          </w:tcPr>
          <w:p w14:paraId="73B4E5E1" w14:textId="77777777" w:rsidR="00D61B79" w:rsidRDefault="00B901AA">
            <w:pPr>
              <w:spacing w:after="0"/>
            </w:pPr>
            <w:r>
              <w:rPr>
                <w:b/>
                <w:sz w:val="16"/>
              </w:rPr>
              <w:t>Mark Johnson</w:t>
            </w:r>
          </w:p>
        </w:tc>
        <w:tc>
          <w:tcPr>
            <w:tcW w:w="5112" w:type="dxa"/>
            <w:tcMar>
              <w:top w:w="90" w:type="dxa"/>
              <w:left w:w="120" w:type="dxa"/>
              <w:bottom w:w="90" w:type="dxa"/>
              <w:right w:w="120" w:type="dxa"/>
            </w:tcMar>
            <w:vAlign w:val="center"/>
          </w:tcPr>
          <w:p w14:paraId="7DE3DE5F" w14:textId="77777777" w:rsidR="00D61B79" w:rsidRDefault="00B901AA">
            <w:pPr>
              <w:spacing w:after="0"/>
            </w:pPr>
            <w:r>
              <w:rPr>
                <w:sz w:val="16"/>
              </w:rPr>
              <w:t>4x50m Freestyle Relay</w:t>
            </w:r>
          </w:p>
        </w:tc>
        <w:tc>
          <w:tcPr>
            <w:tcW w:w="2088" w:type="dxa"/>
            <w:shd w:val="clear" w:color="auto" w:fill="FFF4C4"/>
            <w:tcMar>
              <w:top w:w="90" w:type="dxa"/>
              <w:left w:w="120" w:type="dxa"/>
              <w:bottom w:w="90" w:type="dxa"/>
              <w:right w:w="120" w:type="dxa"/>
            </w:tcMar>
            <w:vAlign w:val="center"/>
          </w:tcPr>
          <w:p w14:paraId="29D6E99C" w14:textId="77777777" w:rsidR="00D61B79" w:rsidRDefault="00B901AA">
            <w:pPr>
              <w:spacing w:after="0"/>
            </w:pPr>
            <w:r>
              <w:rPr>
                <w:sz w:val="16"/>
              </w:rPr>
              <w:t>Gold</w:t>
            </w:r>
          </w:p>
        </w:tc>
      </w:tr>
      <w:tr w:rsidR="00D61B79" w14:paraId="028D1F30" w14:textId="77777777">
        <w:tc>
          <w:tcPr>
            <w:tcW w:w="2592" w:type="dxa"/>
            <w:tcMar>
              <w:top w:w="90" w:type="dxa"/>
              <w:left w:w="120" w:type="dxa"/>
              <w:bottom w:w="90" w:type="dxa"/>
              <w:right w:w="120" w:type="dxa"/>
            </w:tcMar>
            <w:vAlign w:val="center"/>
          </w:tcPr>
          <w:p w14:paraId="2FC7975F" w14:textId="77777777" w:rsidR="00D61B79" w:rsidRDefault="00B901AA">
            <w:pPr>
              <w:spacing w:after="0"/>
            </w:pPr>
            <w:r>
              <w:rPr>
                <w:b/>
                <w:sz w:val="16"/>
              </w:rPr>
              <w:t>Nicholas Badinski</w:t>
            </w:r>
          </w:p>
        </w:tc>
        <w:tc>
          <w:tcPr>
            <w:tcW w:w="5112" w:type="dxa"/>
            <w:tcMar>
              <w:top w:w="90" w:type="dxa"/>
              <w:left w:w="120" w:type="dxa"/>
              <w:bottom w:w="90" w:type="dxa"/>
              <w:right w:w="120" w:type="dxa"/>
            </w:tcMar>
            <w:vAlign w:val="center"/>
          </w:tcPr>
          <w:p w14:paraId="1706DDB9" w14:textId="77777777" w:rsidR="00D61B79" w:rsidRDefault="00B901AA">
            <w:pPr>
              <w:spacing w:after="0"/>
            </w:pPr>
            <w:r>
              <w:rPr>
                <w:sz w:val="16"/>
              </w:rPr>
              <w:t>25m Butterfly</w:t>
            </w:r>
          </w:p>
        </w:tc>
        <w:tc>
          <w:tcPr>
            <w:tcW w:w="2088" w:type="dxa"/>
            <w:tcMar>
              <w:top w:w="90" w:type="dxa"/>
              <w:left w:w="120" w:type="dxa"/>
              <w:bottom w:w="90" w:type="dxa"/>
              <w:right w:w="120" w:type="dxa"/>
            </w:tcMar>
            <w:vAlign w:val="center"/>
          </w:tcPr>
          <w:p w14:paraId="7D74BD3F" w14:textId="77777777" w:rsidR="00D61B79" w:rsidRDefault="00B901AA">
            <w:pPr>
              <w:spacing w:after="0"/>
            </w:pPr>
            <w:r>
              <w:rPr>
                <w:sz w:val="16"/>
              </w:rPr>
              <w:t>DSQ</w:t>
            </w:r>
          </w:p>
        </w:tc>
      </w:tr>
      <w:tr w:rsidR="00D61B79" w14:paraId="3AE0B9F0" w14:textId="77777777">
        <w:tc>
          <w:tcPr>
            <w:tcW w:w="2592" w:type="dxa"/>
            <w:tcMar>
              <w:top w:w="90" w:type="dxa"/>
              <w:left w:w="120" w:type="dxa"/>
              <w:bottom w:w="90" w:type="dxa"/>
              <w:right w:w="120" w:type="dxa"/>
            </w:tcMar>
            <w:vAlign w:val="center"/>
          </w:tcPr>
          <w:p w14:paraId="7AF22D4E" w14:textId="77777777" w:rsidR="00D61B79" w:rsidRDefault="00B901AA">
            <w:pPr>
              <w:spacing w:after="0"/>
            </w:pPr>
            <w:r>
              <w:rPr>
                <w:b/>
                <w:sz w:val="16"/>
              </w:rPr>
              <w:t>Nicholas Badinski</w:t>
            </w:r>
          </w:p>
        </w:tc>
        <w:tc>
          <w:tcPr>
            <w:tcW w:w="5112" w:type="dxa"/>
            <w:tcMar>
              <w:top w:w="90" w:type="dxa"/>
              <w:left w:w="120" w:type="dxa"/>
              <w:bottom w:w="90" w:type="dxa"/>
              <w:right w:w="120" w:type="dxa"/>
            </w:tcMar>
            <w:vAlign w:val="center"/>
          </w:tcPr>
          <w:p w14:paraId="37C1045F" w14:textId="77777777" w:rsidR="00D61B79" w:rsidRDefault="00B901AA">
            <w:pPr>
              <w:spacing w:after="0"/>
            </w:pPr>
            <w:r>
              <w:rPr>
                <w:sz w:val="16"/>
              </w:rPr>
              <w:t>50m Freestyle</w:t>
            </w:r>
          </w:p>
        </w:tc>
        <w:tc>
          <w:tcPr>
            <w:tcW w:w="2088" w:type="dxa"/>
            <w:shd w:val="clear" w:color="auto" w:fill="F6E1D1"/>
            <w:tcMar>
              <w:top w:w="90" w:type="dxa"/>
              <w:left w:w="120" w:type="dxa"/>
              <w:bottom w:w="90" w:type="dxa"/>
              <w:right w:w="120" w:type="dxa"/>
            </w:tcMar>
            <w:vAlign w:val="center"/>
          </w:tcPr>
          <w:p w14:paraId="02D184CF" w14:textId="77777777" w:rsidR="00D61B79" w:rsidRDefault="00B901AA">
            <w:pPr>
              <w:spacing w:after="0"/>
            </w:pPr>
            <w:r>
              <w:rPr>
                <w:sz w:val="16"/>
              </w:rPr>
              <w:t>Bronze</w:t>
            </w:r>
          </w:p>
        </w:tc>
      </w:tr>
      <w:tr w:rsidR="00623226" w14:paraId="61313EF9" w14:textId="77777777">
        <w:tc>
          <w:tcPr>
            <w:tcW w:w="2592" w:type="dxa"/>
            <w:tcMar>
              <w:top w:w="90" w:type="dxa"/>
              <w:left w:w="120" w:type="dxa"/>
              <w:bottom w:w="90" w:type="dxa"/>
              <w:right w:w="120" w:type="dxa"/>
            </w:tcMar>
            <w:vAlign w:val="center"/>
          </w:tcPr>
          <w:p w14:paraId="7F5FFCFB" w14:textId="3E1C677D" w:rsidR="00623226" w:rsidRDefault="00623226">
            <w:pPr>
              <w:spacing w:after="0"/>
              <w:rPr>
                <w:b/>
                <w:sz w:val="16"/>
              </w:rPr>
            </w:pPr>
            <w:r>
              <w:rPr>
                <w:b/>
                <w:sz w:val="16"/>
              </w:rPr>
              <w:t>Nicholas Badinski</w:t>
            </w:r>
          </w:p>
        </w:tc>
        <w:tc>
          <w:tcPr>
            <w:tcW w:w="5112" w:type="dxa"/>
            <w:tcMar>
              <w:top w:w="90" w:type="dxa"/>
              <w:left w:w="120" w:type="dxa"/>
              <w:bottom w:w="90" w:type="dxa"/>
              <w:right w:w="120" w:type="dxa"/>
            </w:tcMar>
            <w:vAlign w:val="center"/>
          </w:tcPr>
          <w:p w14:paraId="20792BC9" w14:textId="5BD34ACE" w:rsidR="00623226" w:rsidRDefault="00623226">
            <w:pPr>
              <w:spacing w:after="0"/>
              <w:rPr>
                <w:sz w:val="16"/>
              </w:rPr>
            </w:pPr>
            <w:r>
              <w:rPr>
                <w:sz w:val="16"/>
              </w:rPr>
              <w:t>25m Freestyle</w:t>
            </w:r>
          </w:p>
        </w:tc>
        <w:tc>
          <w:tcPr>
            <w:tcW w:w="2088" w:type="dxa"/>
            <w:shd w:val="clear" w:color="auto" w:fill="F6E1D1"/>
            <w:tcMar>
              <w:top w:w="90" w:type="dxa"/>
              <w:left w:w="120" w:type="dxa"/>
              <w:bottom w:w="90" w:type="dxa"/>
              <w:right w:w="120" w:type="dxa"/>
            </w:tcMar>
            <w:vAlign w:val="center"/>
          </w:tcPr>
          <w:p w14:paraId="63918892" w14:textId="6EFFAA40" w:rsidR="00623226" w:rsidRDefault="00623226">
            <w:pPr>
              <w:spacing w:after="0"/>
              <w:rPr>
                <w:sz w:val="16"/>
              </w:rPr>
            </w:pPr>
            <w:r>
              <w:rPr>
                <w:sz w:val="16"/>
              </w:rPr>
              <w:t>Gold</w:t>
            </w:r>
          </w:p>
        </w:tc>
      </w:tr>
      <w:tr w:rsidR="00D61B79" w14:paraId="0F00C7AF" w14:textId="77777777">
        <w:tc>
          <w:tcPr>
            <w:tcW w:w="2592" w:type="dxa"/>
            <w:tcMar>
              <w:top w:w="90" w:type="dxa"/>
              <w:left w:w="120" w:type="dxa"/>
              <w:bottom w:w="90" w:type="dxa"/>
              <w:right w:w="120" w:type="dxa"/>
            </w:tcMar>
            <w:vAlign w:val="center"/>
          </w:tcPr>
          <w:p w14:paraId="5A4A03A1" w14:textId="77777777" w:rsidR="00D61B79" w:rsidRDefault="00B901AA">
            <w:pPr>
              <w:spacing w:after="0"/>
            </w:pPr>
            <w:r>
              <w:rPr>
                <w:b/>
                <w:sz w:val="16"/>
              </w:rPr>
              <w:t>Philip Nicholls</w:t>
            </w:r>
          </w:p>
        </w:tc>
        <w:tc>
          <w:tcPr>
            <w:tcW w:w="5112" w:type="dxa"/>
            <w:tcMar>
              <w:top w:w="90" w:type="dxa"/>
              <w:left w:w="120" w:type="dxa"/>
              <w:bottom w:w="90" w:type="dxa"/>
              <w:right w:w="120" w:type="dxa"/>
            </w:tcMar>
            <w:vAlign w:val="center"/>
          </w:tcPr>
          <w:p w14:paraId="647A275B" w14:textId="77777777" w:rsidR="00D61B79" w:rsidRDefault="00B901AA">
            <w:pPr>
              <w:spacing w:after="0"/>
            </w:pPr>
            <w:r>
              <w:rPr>
                <w:sz w:val="16"/>
              </w:rPr>
              <w:t>50m Breaststroke</w:t>
            </w:r>
          </w:p>
        </w:tc>
        <w:tc>
          <w:tcPr>
            <w:tcW w:w="2088" w:type="dxa"/>
            <w:shd w:val="clear" w:color="auto" w:fill="FFF4C4"/>
            <w:tcMar>
              <w:top w:w="90" w:type="dxa"/>
              <w:left w:w="120" w:type="dxa"/>
              <w:bottom w:w="90" w:type="dxa"/>
              <w:right w:w="120" w:type="dxa"/>
            </w:tcMar>
            <w:vAlign w:val="center"/>
          </w:tcPr>
          <w:p w14:paraId="3D44AF2B" w14:textId="77777777" w:rsidR="00D61B79" w:rsidRDefault="00B901AA">
            <w:pPr>
              <w:spacing w:after="0"/>
            </w:pPr>
            <w:r>
              <w:rPr>
                <w:sz w:val="16"/>
              </w:rPr>
              <w:t>Gold</w:t>
            </w:r>
          </w:p>
        </w:tc>
      </w:tr>
      <w:tr w:rsidR="00D61B79" w14:paraId="744BA6DB" w14:textId="77777777">
        <w:tc>
          <w:tcPr>
            <w:tcW w:w="2592" w:type="dxa"/>
            <w:tcMar>
              <w:top w:w="90" w:type="dxa"/>
              <w:left w:w="120" w:type="dxa"/>
              <w:bottom w:w="90" w:type="dxa"/>
              <w:right w:w="120" w:type="dxa"/>
            </w:tcMar>
            <w:vAlign w:val="center"/>
          </w:tcPr>
          <w:p w14:paraId="2BF94DDB" w14:textId="77777777" w:rsidR="00D61B79" w:rsidRDefault="00B901AA">
            <w:pPr>
              <w:spacing w:after="0"/>
            </w:pPr>
            <w:r>
              <w:rPr>
                <w:b/>
                <w:sz w:val="16"/>
              </w:rPr>
              <w:t>Philip Nicholls</w:t>
            </w:r>
          </w:p>
        </w:tc>
        <w:tc>
          <w:tcPr>
            <w:tcW w:w="5112" w:type="dxa"/>
            <w:tcMar>
              <w:top w:w="90" w:type="dxa"/>
              <w:left w:w="120" w:type="dxa"/>
              <w:bottom w:w="90" w:type="dxa"/>
              <w:right w:w="120" w:type="dxa"/>
            </w:tcMar>
            <w:vAlign w:val="center"/>
          </w:tcPr>
          <w:p w14:paraId="162C96C3" w14:textId="77777777" w:rsidR="00D61B79" w:rsidRDefault="00B901AA">
            <w:pPr>
              <w:spacing w:after="0"/>
            </w:pPr>
            <w:r>
              <w:rPr>
                <w:sz w:val="16"/>
              </w:rPr>
              <w:t>25m Breaststroke</w:t>
            </w:r>
          </w:p>
        </w:tc>
        <w:tc>
          <w:tcPr>
            <w:tcW w:w="2088" w:type="dxa"/>
            <w:shd w:val="clear" w:color="auto" w:fill="F6E1D1"/>
            <w:tcMar>
              <w:top w:w="90" w:type="dxa"/>
              <w:left w:w="120" w:type="dxa"/>
              <w:bottom w:w="90" w:type="dxa"/>
              <w:right w:w="120" w:type="dxa"/>
            </w:tcMar>
            <w:vAlign w:val="center"/>
          </w:tcPr>
          <w:p w14:paraId="47A08644" w14:textId="77777777" w:rsidR="00D61B79" w:rsidRDefault="00B901AA">
            <w:pPr>
              <w:spacing w:after="0"/>
            </w:pPr>
            <w:r>
              <w:rPr>
                <w:sz w:val="16"/>
              </w:rPr>
              <w:t>Bronze</w:t>
            </w:r>
          </w:p>
        </w:tc>
      </w:tr>
      <w:tr w:rsidR="00D61B79" w14:paraId="288C2DE1" w14:textId="77777777">
        <w:tc>
          <w:tcPr>
            <w:tcW w:w="2592" w:type="dxa"/>
            <w:tcMar>
              <w:top w:w="90" w:type="dxa"/>
              <w:left w:w="120" w:type="dxa"/>
              <w:bottom w:w="90" w:type="dxa"/>
              <w:right w:w="120" w:type="dxa"/>
            </w:tcMar>
            <w:vAlign w:val="center"/>
          </w:tcPr>
          <w:p w14:paraId="154D1CB1" w14:textId="77777777" w:rsidR="00D61B79" w:rsidRDefault="00B901AA">
            <w:pPr>
              <w:spacing w:after="0"/>
            </w:pPr>
            <w:r>
              <w:rPr>
                <w:b/>
                <w:sz w:val="16"/>
              </w:rPr>
              <w:t>Philip Nicholls</w:t>
            </w:r>
          </w:p>
        </w:tc>
        <w:tc>
          <w:tcPr>
            <w:tcW w:w="5112" w:type="dxa"/>
            <w:tcMar>
              <w:top w:w="90" w:type="dxa"/>
              <w:left w:w="120" w:type="dxa"/>
              <w:bottom w:w="90" w:type="dxa"/>
              <w:right w:w="120" w:type="dxa"/>
            </w:tcMar>
            <w:vAlign w:val="center"/>
          </w:tcPr>
          <w:p w14:paraId="4A5272F7" w14:textId="77777777" w:rsidR="00D61B79" w:rsidRDefault="00B901AA">
            <w:pPr>
              <w:spacing w:after="0"/>
            </w:pPr>
            <w:r>
              <w:rPr>
                <w:sz w:val="16"/>
              </w:rPr>
              <w:t>50m Freestyle</w:t>
            </w:r>
          </w:p>
        </w:tc>
        <w:tc>
          <w:tcPr>
            <w:tcW w:w="2088" w:type="dxa"/>
            <w:shd w:val="clear" w:color="auto" w:fill="FFF4C4"/>
            <w:tcMar>
              <w:top w:w="90" w:type="dxa"/>
              <w:left w:w="120" w:type="dxa"/>
              <w:bottom w:w="90" w:type="dxa"/>
              <w:right w:w="120" w:type="dxa"/>
            </w:tcMar>
            <w:vAlign w:val="center"/>
          </w:tcPr>
          <w:p w14:paraId="58113E34" w14:textId="77777777" w:rsidR="00D61B79" w:rsidRDefault="00B901AA">
            <w:pPr>
              <w:spacing w:after="0"/>
            </w:pPr>
            <w:r>
              <w:rPr>
                <w:sz w:val="16"/>
              </w:rPr>
              <w:t>Gold</w:t>
            </w:r>
          </w:p>
        </w:tc>
      </w:tr>
      <w:tr w:rsidR="00D61B79" w14:paraId="7337C3DC" w14:textId="77777777">
        <w:tc>
          <w:tcPr>
            <w:tcW w:w="2592" w:type="dxa"/>
            <w:tcMar>
              <w:top w:w="90" w:type="dxa"/>
              <w:left w:w="120" w:type="dxa"/>
              <w:bottom w:w="90" w:type="dxa"/>
              <w:right w:w="120" w:type="dxa"/>
            </w:tcMar>
            <w:vAlign w:val="center"/>
          </w:tcPr>
          <w:p w14:paraId="24C8D42D" w14:textId="77777777" w:rsidR="00D61B79" w:rsidRDefault="00B901AA">
            <w:pPr>
              <w:spacing w:after="0"/>
            </w:pPr>
            <w:r>
              <w:rPr>
                <w:b/>
                <w:sz w:val="16"/>
              </w:rPr>
              <w:t>Philip Nicholls</w:t>
            </w:r>
          </w:p>
        </w:tc>
        <w:tc>
          <w:tcPr>
            <w:tcW w:w="5112" w:type="dxa"/>
            <w:tcMar>
              <w:top w:w="90" w:type="dxa"/>
              <w:left w:w="120" w:type="dxa"/>
              <w:bottom w:w="90" w:type="dxa"/>
              <w:right w:w="120" w:type="dxa"/>
            </w:tcMar>
            <w:vAlign w:val="center"/>
          </w:tcPr>
          <w:p w14:paraId="4780881B" w14:textId="77777777" w:rsidR="00D61B79" w:rsidRDefault="00B901AA">
            <w:pPr>
              <w:spacing w:after="0"/>
            </w:pPr>
            <w:r>
              <w:rPr>
                <w:sz w:val="16"/>
              </w:rPr>
              <w:t>4x50m Freestyle Relay</w:t>
            </w:r>
          </w:p>
        </w:tc>
        <w:tc>
          <w:tcPr>
            <w:tcW w:w="2088" w:type="dxa"/>
            <w:shd w:val="clear" w:color="auto" w:fill="FFF4C4"/>
            <w:tcMar>
              <w:top w:w="90" w:type="dxa"/>
              <w:left w:w="120" w:type="dxa"/>
              <w:bottom w:w="90" w:type="dxa"/>
              <w:right w:w="120" w:type="dxa"/>
            </w:tcMar>
            <w:vAlign w:val="center"/>
          </w:tcPr>
          <w:p w14:paraId="28F251C5" w14:textId="77777777" w:rsidR="00D61B79" w:rsidRDefault="00B901AA">
            <w:pPr>
              <w:spacing w:after="0"/>
            </w:pPr>
            <w:r>
              <w:rPr>
                <w:sz w:val="16"/>
              </w:rPr>
              <w:t>Gold</w:t>
            </w:r>
          </w:p>
        </w:tc>
      </w:tr>
    </w:tbl>
    <w:p w14:paraId="3D61D232" w14:textId="77777777" w:rsidR="00D61B79" w:rsidRDefault="00B901AA">
      <w:r>
        <w:br w:type="page"/>
      </w:r>
    </w:p>
    <w:p w14:paraId="6CC9AAFE" w14:textId="77777777" w:rsidR="00D61B79" w:rsidRDefault="00B901AA">
      <w:pPr>
        <w:pStyle w:val="Heading1"/>
      </w:pPr>
      <w:r>
        <w:lastRenderedPageBreak/>
        <w:t>Athletics medal table</w:t>
      </w:r>
    </w:p>
    <w:p w14:paraId="0FB1C285" w14:textId="77777777" w:rsidR="00D61B79" w:rsidRDefault="00B901AA">
      <w:r>
        <w:t>Our athletics team delivered an outstanding series of performances across track, field and relay events. Congratulations to every athlete for representing Special Olympics St Albans with determination and pride.</w:t>
      </w:r>
    </w:p>
    <w:tbl>
      <w:tblPr>
        <w:tblStyle w:val="TableGrid"/>
        <w:tblW w:w="9792" w:type="dxa"/>
        <w:tblInd w:w="120" w:type="dxa"/>
        <w:tblLayout w:type="fixed"/>
        <w:tblLook w:val="04A0" w:firstRow="1" w:lastRow="0" w:firstColumn="1" w:lastColumn="0" w:noHBand="0" w:noVBand="1"/>
      </w:tblPr>
      <w:tblGrid>
        <w:gridCol w:w="2952"/>
        <w:gridCol w:w="3384"/>
        <w:gridCol w:w="1512"/>
        <w:gridCol w:w="1944"/>
      </w:tblGrid>
      <w:tr w:rsidR="00D61B79" w14:paraId="54A56B9D" w14:textId="77777777">
        <w:trPr>
          <w:tblHeader/>
        </w:trPr>
        <w:tc>
          <w:tcPr>
            <w:tcW w:w="2952" w:type="dxa"/>
            <w:shd w:val="clear" w:color="auto" w:fill="102A43"/>
            <w:tcMar>
              <w:top w:w="90" w:type="dxa"/>
              <w:left w:w="120" w:type="dxa"/>
              <w:bottom w:w="90" w:type="dxa"/>
              <w:right w:w="120" w:type="dxa"/>
            </w:tcMar>
            <w:vAlign w:val="center"/>
          </w:tcPr>
          <w:p w14:paraId="31801FB1" w14:textId="77777777" w:rsidR="00D61B79" w:rsidRDefault="00B901AA">
            <w:pPr>
              <w:spacing w:after="0"/>
              <w:jc w:val="center"/>
            </w:pPr>
            <w:r>
              <w:rPr>
                <w:b/>
                <w:color w:val="FFFFFF"/>
                <w:sz w:val="18"/>
              </w:rPr>
              <w:t>Athlete</w:t>
            </w:r>
          </w:p>
        </w:tc>
        <w:tc>
          <w:tcPr>
            <w:tcW w:w="3384" w:type="dxa"/>
            <w:shd w:val="clear" w:color="auto" w:fill="102A43"/>
            <w:tcMar>
              <w:top w:w="90" w:type="dxa"/>
              <w:left w:w="120" w:type="dxa"/>
              <w:bottom w:w="90" w:type="dxa"/>
              <w:right w:w="120" w:type="dxa"/>
            </w:tcMar>
            <w:vAlign w:val="center"/>
          </w:tcPr>
          <w:p w14:paraId="1B4C85B2" w14:textId="77777777" w:rsidR="00D61B79" w:rsidRDefault="00B901AA">
            <w:pPr>
              <w:spacing w:after="0"/>
              <w:jc w:val="center"/>
            </w:pPr>
            <w:r>
              <w:rPr>
                <w:b/>
                <w:color w:val="FFFFFF"/>
                <w:sz w:val="18"/>
              </w:rPr>
              <w:t>Event</w:t>
            </w:r>
          </w:p>
        </w:tc>
        <w:tc>
          <w:tcPr>
            <w:tcW w:w="1512" w:type="dxa"/>
            <w:shd w:val="clear" w:color="auto" w:fill="102A43"/>
            <w:tcMar>
              <w:top w:w="90" w:type="dxa"/>
              <w:left w:w="120" w:type="dxa"/>
              <w:bottom w:w="90" w:type="dxa"/>
              <w:right w:w="120" w:type="dxa"/>
            </w:tcMar>
            <w:vAlign w:val="center"/>
          </w:tcPr>
          <w:p w14:paraId="61B1C093" w14:textId="77777777" w:rsidR="00D61B79" w:rsidRDefault="00B901AA">
            <w:pPr>
              <w:spacing w:after="0"/>
              <w:jc w:val="center"/>
            </w:pPr>
            <w:r>
              <w:rPr>
                <w:b/>
                <w:color w:val="FFFFFF"/>
                <w:sz w:val="18"/>
              </w:rPr>
              <w:t>Heat</w:t>
            </w:r>
          </w:p>
        </w:tc>
        <w:tc>
          <w:tcPr>
            <w:tcW w:w="1944" w:type="dxa"/>
            <w:shd w:val="clear" w:color="auto" w:fill="102A43"/>
            <w:tcMar>
              <w:top w:w="90" w:type="dxa"/>
              <w:left w:w="120" w:type="dxa"/>
              <w:bottom w:w="90" w:type="dxa"/>
              <w:right w:w="120" w:type="dxa"/>
            </w:tcMar>
            <w:vAlign w:val="center"/>
          </w:tcPr>
          <w:p w14:paraId="7B35A91B" w14:textId="77777777" w:rsidR="00D61B79" w:rsidRDefault="00B901AA">
            <w:pPr>
              <w:spacing w:after="0"/>
              <w:jc w:val="center"/>
            </w:pPr>
            <w:r>
              <w:rPr>
                <w:b/>
                <w:color w:val="FFFFFF"/>
                <w:sz w:val="18"/>
              </w:rPr>
              <w:t>Result / Medal</w:t>
            </w:r>
          </w:p>
        </w:tc>
      </w:tr>
      <w:tr w:rsidR="00D61B79" w14:paraId="766BCEE2" w14:textId="77777777">
        <w:tc>
          <w:tcPr>
            <w:tcW w:w="2952" w:type="dxa"/>
            <w:tcMar>
              <w:top w:w="90" w:type="dxa"/>
              <w:left w:w="120" w:type="dxa"/>
              <w:bottom w:w="90" w:type="dxa"/>
              <w:right w:w="120" w:type="dxa"/>
            </w:tcMar>
            <w:vAlign w:val="center"/>
          </w:tcPr>
          <w:p w14:paraId="691E5B25" w14:textId="77777777" w:rsidR="00D61B79" w:rsidRDefault="00B901AA">
            <w:pPr>
              <w:spacing w:after="0"/>
            </w:pPr>
            <w:r>
              <w:rPr>
                <w:b/>
                <w:sz w:val="18"/>
              </w:rPr>
              <w:t>Jethro Offemaria</w:t>
            </w:r>
          </w:p>
        </w:tc>
        <w:tc>
          <w:tcPr>
            <w:tcW w:w="3384" w:type="dxa"/>
            <w:tcMar>
              <w:top w:w="90" w:type="dxa"/>
              <w:left w:w="120" w:type="dxa"/>
              <w:bottom w:w="90" w:type="dxa"/>
              <w:right w:w="120" w:type="dxa"/>
            </w:tcMar>
            <w:vAlign w:val="center"/>
          </w:tcPr>
          <w:p w14:paraId="4C9B96F9" w14:textId="77777777" w:rsidR="00D61B79" w:rsidRDefault="00B901AA">
            <w:pPr>
              <w:spacing w:after="0"/>
            </w:pPr>
            <w:r>
              <w:rPr>
                <w:sz w:val="18"/>
              </w:rPr>
              <w:t>800m Track Event</w:t>
            </w:r>
          </w:p>
        </w:tc>
        <w:tc>
          <w:tcPr>
            <w:tcW w:w="1512" w:type="dxa"/>
            <w:tcMar>
              <w:top w:w="90" w:type="dxa"/>
              <w:left w:w="120" w:type="dxa"/>
              <w:bottom w:w="90" w:type="dxa"/>
              <w:right w:w="120" w:type="dxa"/>
            </w:tcMar>
            <w:vAlign w:val="center"/>
          </w:tcPr>
          <w:p w14:paraId="07FBA3F4" w14:textId="77777777" w:rsidR="00D61B79" w:rsidRDefault="00B901AA">
            <w:pPr>
              <w:spacing w:after="0"/>
              <w:jc w:val="center"/>
            </w:pPr>
            <w:r>
              <w:rPr>
                <w:sz w:val="18"/>
              </w:rPr>
              <w:t>Heat 2</w:t>
            </w:r>
          </w:p>
        </w:tc>
        <w:tc>
          <w:tcPr>
            <w:tcW w:w="1944" w:type="dxa"/>
            <w:shd w:val="clear" w:color="auto" w:fill="F6E1D1"/>
            <w:tcMar>
              <w:top w:w="90" w:type="dxa"/>
              <w:left w:w="120" w:type="dxa"/>
              <w:bottom w:w="90" w:type="dxa"/>
              <w:right w:w="120" w:type="dxa"/>
            </w:tcMar>
            <w:vAlign w:val="center"/>
          </w:tcPr>
          <w:p w14:paraId="5BCD84C8" w14:textId="5BD54FE0" w:rsidR="00D61B79" w:rsidRDefault="006B5447">
            <w:pPr>
              <w:spacing w:after="0"/>
              <w:jc w:val="center"/>
            </w:pPr>
            <w:r>
              <w:rPr>
                <w:b/>
                <w:sz w:val="18"/>
              </w:rPr>
              <w:t>Gold</w:t>
            </w:r>
          </w:p>
        </w:tc>
      </w:tr>
      <w:tr w:rsidR="00D61B79" w14:paraId="018FE283" w14:textId="77777777">
        <w:tc>
          <w:tcPr>
            <w:tcW w:w="2952" w:type="dxa"/>
            <w:tcMar>
              <w:top w:w="90" w:type="dxa"/>
              <w:left w:w="120" w:type="dxa"/>
              <w:bottom w:w="90" w:type="dxa"/>
              <w:right w:w="120" w:type="dxa"/>
            </w:tcMar>
            <w:vAlign w:val="center"/>
          </w:tcPr>
          <w:p w14:paraId="20ECB954" w14:textId="77777777" w:rsidR="00D61B79" w:rsidRDefault="00B901AA">
            <w:pPr>
              <w:spacing w:after="0"/>
            </w:pPr>
            <w:r>
              <w:rPr>
                <w:b/>
                <w:sz w:val="18"/>
              </w:rPr>
              <w:t>Daniel Edgington</w:t>
            </w:r>
          </w:p>
        </w:tc>
        <w:tc>
          <w:tcPr>
            <w:tcW w:w="3384" w:type="dxa"/>
            <w:tcMar>
              <w:top w:w="90" w:type="dxa"/>
              <w:left w:w="120" w:type="dxa"/>
              <w:bottom w:w="90" w:type="dxa"/>
              <w:right w:w="120" w:type="dxa"/>
            </w:tcMar>
            <w:vAlign w:val="center"/>
          </w:tcPr>
          <w:p w14:paraId="348E7D7E" w14:textId="77777777" w:rsidR="00D61B79" w:rsidRDefault="00B901AA">
            <w:pPr>
              <w:spacing w:after="0"/>
            </w:pPr>
            <w:r>
              <w:rPr>
                <w:sz w:val="18"/>
              </w:rPr>
              <w:t>Track Event</w:t>
            </w:r>
          </w:p>
        </w:tc>
        <w:tc>
          <w:tcPr>
            <w:tcW w:w="1512" w:type="dxa"/>
            <w:tcMar>
              <w:top w:w="90" w:type="dxa"/>
              <w:left w:w="120" w:type="dxa"/>
              <w:bottom w:w="90" w:type="dxa"/>
              <w:right w:w="120" w:type="dxa"/>
            </w:tcMar>
            <w:vAlign w:val="center"/>
          </w:tcPr>
          <w:p w14:paraId="59712A88" w14:textId="77777777" w:rsidR="00D61B79" w:rsidRDefault="00B901AA">
            <w:pPr>
              <w:spacing w:after="0"/>
              <w:jc w:val="center"/>
            </w:pPr>
            <w:r>
              <w:rPr>
                <w:sz w:val="18"/>
              </w:rPr>
              <w:t>Heat 7</w:t>
            </w:r>
          </w:p>
        </w:tc>
        <w:tc>
          <w:tcPr>
            <w:tcW w:w="1944" w:type="dxa"/>
            <w:shd w:val="clear" w:color="auto" w:fill="F0F1F2"/>
            <w:tcMar>
              <w:top w:w="90" w:type="dxa"/>
              <w:left w:w="120" w:type="dxa"/>
              <w:bottom w:w="90" w:type="dxa"/>
              <w:right w:w="120" w:type="dxa"/>
            </w:tcMar>
            <w:vAlign w:val="center"/>
          </w:tcPr>
          <w:p w14:paraId="6579827D" w14:textId="77777777" w:rsidR="00D61B79" w:rsidRDefault="00B901AA">
            <w:pPr>
              <w:spacing w:after="0"/>
              <w:jc w:val="center"/>
            </w:pPr>
            <w:r>
              <w:rPr>
                <w:b/>
                <w:sz w:val="18"/>
              </w:rPr>
              <w:t>Silver</w:t>
            </w:r>
          </w:p>
        </w:tc>
      </w:tr>
      <w:tr w:rsidR="00D61B79" w14:paraId="5714EC5C" w14:textId="77777777">
        <w:tc>
          <w:tcPr>
            <w:tcW w:w="2952" w:type="dxa"/>
            <w:tcMar>
              <w:top w:w="90" w:type="dxa"/>
              <w:left w:w="120" w:type="dxa"/>
              <w:bottom w:w="90" w:type="dxa"/>
              <w:right w:w="120" w:type="dxa"/>
            </w:tcMar>
            <w:vAlign w:val="center"/>
          </w:tcPr>
          <w:p w14:paraId="07F15AB0" w14:textId="77777777" w:rsidR="00D61B79" w:rsidRDefault="00B901AA">
            <w:pPr>
              <w:spacing w:after="0"/>
            </w:pPr>
            <w:r>
              <w:rPr>
                <w:b/>
                <w:sz w:val="18"/>
              </w:rPr>
              <w:t>Millie Smith</w:t>
            </w:r>
          </w:p>
        </w:tc>
        <w:tc>
          <w:tcPr>
            <w:tcW w:w="3384" w:type="dxa"/>
            <w:tcMar>
              <w:top w:w="90" w:type="dxa"/>
              <w:left w:w="120" w:type="dxa"/>
              <w:bottom w:w="90" w:type="dxa"/>
              <w:right w:w="120" w:type="dxa"/>
            </w:tcMar>
            <w:vAlign w:val="center"/>
          </w:tcPr>
          <w:p w14:paraId="5130D406" w14:textId="77777777" w:rsidR="00D61B79" w:rsidRDefault="00B901AA">
            <w:pPr>
              <w:spacing w:after="0"/>
            </w:pPr>
            <w:r>
              <w:rPr>
                <w:sz w:val="18"/>
              </w:rPr>
              <w:t>Long Jump</w:t>
            </w:r>
          </w:p>
        </w:tc>
        <w:tc>
          <w:tcPr>
            <w:tcW w:w="1512" w:type="dxa"/>
            <w:tcMar>
              <w:top w:w="90" w:type="dxa"/>
              <w:left w:w="120" w:type="dxa"/>
              <w:bottom w:w="90" w:type="dxa"/>
              <w:right w:w="120" w:type="dxa"/>
            </w:tcMar>
            <w:vAlign w:val="center"/>
          </w:tcPr>
          <w:p w14:paraId="5942D776" w14:textId="77777777" w:rsidR="00D61B79" w:rsidRDefault="00B901AA">
            <w:pPr>
              <w:spacing w:after="0"/>
              <w:jc w:val="center"/>
            </w:pPr>
            <w:r>
              <w:rPr>
                <w:sz w:val="18"/>
              </w:rPr>
              <w:t>—</w:t>
            </w:r>
          </w:p>
        </w:tc>
        <w:tc>
          <w:tcPr>
            <w:tcW w:w="1944" w:type="dxa"/>
            <w:shd w:val="clear" w:color="auto" w:fill="FFF4C4"/>
            <w:tcMar>
              <w:top w:w="90" w:type="dxa"/>
              <w:left w:w="120" w:type="dxa"/>
              <w:bottom w:w="90" w:type="dxa"/>
              <w:right w:w="120" w:type="dxa"/>
            </w:tcMar>
            <w:vAlign w:val="center"/>
          </w:tcPr>
          <w:p w14:paraId="7450B3F6" w14:textId="77777777" w:rsidR="00D61B79" w:rsidRDefault="00B901AA">
            <w:pPr>
              <w:spacing w:after="0"/>
              <w:jc w:val="center"/>
            </w:pPr>
            <w:r>
              <w:rPr>
                <w:b/>
                <w:sz w:val="18"/>
              </w:rPr>
              <w:t>Gold</w:t>
            </w:r>
          </w:p>
        </w:tc>
      </w:tr>
      <w:tr w:rsidR="00D61B79" w14:paraId="30F6CDCF" w14:textId="77777777">
        <w:tc>
          <w:tcPr>
            <w:tcW w:w="2952" w:type="dxa"/>
            <w:tcMar>
              <w:top w:w="90" w:type="dxa"/>
              <w:left w:w="120" w:type="dxa"/>
              <w:bottom w:w="90" w:type="dxa"/>
              <w:right w:w="120" w:type="dxa"/>
            </w:tcMar>
            <w:vAlign w:val="center"/>
          </w:tcPr>
          <w:p w14:paraId="58BC7956" w14:textId="77777777" w:rsidR="00D61B79" w:rsidRDefault="00B901AA">
            <w:pPr>
              <w:spacing w:after="0"/>
            </w:pPr>
            <w:r>
              <w:rPr>
                <w:b/>
                <w:sz w:val="18"/>
              </w:rPr>
              <w:t>Anna Tencor</w:t>
            </w:r>
          </w:p>
        </w:tc>
        <w:tc>
          <w:tcPr>
            <w:tcW w:w="3384" w:type="dxa"/>
            <w:tcMar>
              <w:top w:w="90" w:type="dxa"/>
              <w:left w:w="120" w:type="dxa"/>
              <w:bottom w:w="90" w:type="dxa"/>
              <w:right w:w="120" w:type="dxa"/>
            </w:tcMar>
            <w:vAlign w:val="center"/>
          </w:tcPr>
          <w:p w14:paraId="5187B201" w14:textId="77777777" w:rsidR="00D61B79" w:rsidRDefault="00B901AA">
            <w:pPr>
              <w:spacing w:after="0"/>
            </w:pPr>
            <w:r>
              <w:rPr>
                <w:sz w:val="18"/>
              </w:rPr>
              <w:t>Standing Long Jump</w:t>
            </w:r>
          </w:p>
        </w:tc>
        <w:tc>
          <w:tcPr>
            <w:tcW w:w="1512" w:type="dxa"/>
            <w:tcMar>
              <w:top w:w="90" w:type="dxa"/>
              <w:left w:w="120" w:type="dxa"/>
              <w:bottom w:w="90" w:type="dxa"/>
              <w:right w:w="120" w:type="dxa"/>
            </w:tcMar>
            <w:vAlign w:val="center"/>
          </w:tcPr>
          <w:p w14:paraId="5DC4C16E" w14:textId="77777777" w:rsidR="00D61B79" w:rsidRDefault="00B901AA">
            <w:pPr>
              <w:spacing w:after="0"/>
              <w:jc w:val="center"/>
            </w:pPr>
            <w:r>
              <w:rPr>
                <w:sz w:val="18"/>
              </w:rPr>
              <w:t>—</w:t>
            </w:r>
          </w:p>
        </w:tc>
        <w:tc>
          <w:tcPr>
            <w:tcW w:w="1944" w:type="dxa"/>
            <w:shd w:val="clear" w:color="auto" w:fill="FFF4C4"/>
            <w:tcMar>
              <w:top w:w="90" w:type="dxa"/>
              <w:left w:w="120" w:type="dxa"/>
              <w:bottom w:w="90" w:type="dxa"/>
              <w:right w:w="120" w:type="dxa"/>
            </w:tcMar>
            <w:vAlign w:val="center"/>
          </w:tcPr>
          <w:p w14:paraId="603D7678" w14:textId="77777777" w:rsidR="00D61B79" w:rsidRDefault="00B901AA">
            <w:pPr>
              <w:spacing w:after="0"/>
              <w:jc w:val="center"/>
            </w:pPr>
            <w:r>
              <w:rPr>
                <w:b/>
                <w:sz w:val="18"/>
              </w:rPr>
              <w:t>Gold</w:t>
            </w:r>
          </w:p>
        </w:tc>
      </w:tr>
      <w:tr w:rsidR="00D61B79" w14:paraId="0E9395D6" w14:textId="77777777">
        <w:tc>
          <w:tcPr>
            <w:tcW w:w="2952" w:type="dxa"/>
            <w:tcMar>
              <w:top w:w="90" w:type="dxa"/>
              <w:left w:w="120" w:type="dxa"/>
              <w:bottom w:w="90" w:type="dxa"/>
              <w:right w:w="120" w:type="dxa"/>
            </w:tcMar>
            <w:vAlign w:val="center"/>
          </w:tcPr>
          <w:p w14:paraId="07424D7A" w14:textId="77777777" w:rsidR="00D61B79" w:rsidRDefault="00B901AA">
            <w:pPr>
              <w:spacing w:after="0"/>
            </w:pPr>
            <w:r>
              <w:rPr>
                <w:b/>
                <w:sz w:val="18"/>
              </w:rPr>
              <w:t>Rebecca Somerset</w:t>
            </w:r>
          </w:p>
        </w:tc>
        <w:tc>
          <w:tcPr>
            <w:tcW w:w="3384" w:type="dxa"/>
            <w:tcMar>
              <w:top w:w="90" w:type="dxa"/>
              <w:left w:w="120" w:type="dxa"/>
              <w:bottom w:w="90" w:type="dxa"/>
              <w:right w:w="120" w:type="dxa"/>
            </w:tcMar>
            <w:vAlign w:val="center"/>
          </w:tcPr>
          <w:p w14:paraId="15A2FB8B" w14:textId="77777777" w:rsidR="00D61B79" w:rsidRDefault="00B901AA">
            <w:pPr>
              <w:spacing w:after="0"/>
            </w:pPr>
            <w:r>
              <w:rPr>
                <w:sz w:val="18"/>
              </w:rPr>
              <w:t>Standing Long Jump</w:t>
            </w:r>
          </w:p>
        </w:tc>
        <w:tc>
          <w:tcPr>
            <w:tcW w:w="1512" w:type="dxa"/>
            <w:tcMar>
              <w:top w:w="90" w:type="dxa"/>
              <w:left w:w="120" w:type="dxa"/>
              <w:bottom w:w="90" w:type="dxa"/>
              <w:right w:w="120" w:type="dxa"/>
            </w:tcMar>
            <w:vAlign w:val="center"/>
          </w:tcPr>
          <w:p w14:paraId="2898BC25" w14:textId="77777777" w:rsidR="00D61B79" w:rsidRDefault="00B901AA">
            <w:pPr>
              <w:spacing w:after="0"/>
              <w:jc w:val="center"/>
            </w:pPr>
            <w:r>
              <w:rPr>
                <w:sz w:val="18"/>
              </w:rPr>
              <w:t>—</w:t>
            </w:r>
          </w:p>
        </w:tc>
        <w:tc>
          <w:tcPr>
            <w:tcW w:w="1944" w:type="dxa"/>
            <w:tcMar>
              <w:top w:w="90" w:type="dxa"/>
              <w:left w:w="120" w:type="dxa"/>
              <w:bottom w:w="90" w:type="dxa"/>
              <w:right w:w="120" w:type="dxa"/>
            </w:tcMar>
            <w:vAlign w:val="center"/>
          </w:tcPr>
          <w:p w14:paraId="06769736" w14:textId="77777777" w:rsidR="00D61B79" w:rsidRDefault="00B901AA">
            <w:pPr>
              <w:spacing w:after="0"/>
              <w:jc w:val="center"/>
            </w:pPr>
            <w:r>
              <w:rPr>
                <w:b/>
                <w:sz w:val="18"/>
              </w:rPr>
              <w:t>4th Place</w:t>
            </w:r>
          </w:p>
        </w:tc>
      </w:tr>
      <w:tr w:rsidR="00D61B79" w14:paraId="67A7A286" w14:textId="77777777">
        <w:tc>
          <w:tcPr>
            <w:tcW w:w="2952" w:type="dxa"/>
            <w:tcMar>
              <w:top w:w="90" w:type="dxa"/>
              <w:left w:w="120" w:type="dxa"/>
              <w:bottom w:w="90" w:type="dxa"/>
              <w:right w:w="120" w:type="dxa"/>
            </w:tcMar>
            <w:vAlign w:val="center"/>
          </w:tcPr>
          <w:p w14:paraId="4EE7F474" w14:textId="77777777" w:rsidR="00D61B79" w:rsidRDefault="00B901AA">
            <w:pPr>
              <w:spacing w:after="0"/>
            </w:pPr>
            <w:r>
              <w:rPr>
                <w:b/>
                <w:sz w:val="18"/>
              </w:rPr>
              <w:t>Michael Thurgood</w:t>
            </w:r>
          </w:p>
        </w:tc>
        <w:tc>
          <w:tcPr>
            <w:tcW w:w="3384" w:type="dxa"/>
            <w:tcMar>
              <w:top w:w="90" w:type="dxa"/>
              <w:left w:w="120" w:type="dxa"/>
              <w:bottom w:w="90" w:type="dxa"/>
              <w:right w:w="120" w:type="dxa"/>
            </w:tcMar>
            <w:vAlign w:val="center"/>
          </w:tcPr>
          <w:p w14:paraId="3399EB72" w14:textId="77777777" w:rsidR="00D61B79" w:rsidRDefault="00B901AA">
            <w:pPr>
              <w:spacing w:after="0"/>
            </w:pPr>
            <w:r>
              <w:rPr>
                <w:sz w:val="18"/>
              </w:rPr>
              <w:t>50m</w:t>
            </w:r>
          </w:p>
        </w:tc>
        <w:tc>
          <w:tcPr>
            <w:tcW w:w="1512" w:type="dxa"/>
            <w:tcMar>
              <w:top w:w="90" w:type="dxa"/>
              <w:left w:w="120" w:type="dxa"/>
              <w:bottom w:w="90" w:type="dxa"/>
              <w:right w:w="120" w:type="dxa"/>
            </w:tcMar>
            <w:vAlign w:val="center"/>
          </w:tcPr>
          <w:p w14:paraId="32EA3E12" w14:textId="77777777" w:rsidR="00D61B79" w:rsidRDefault="00B901AA">
            <w:pPr>
              <w:spacing w:after="0"/>
              <w:jc w:val="center"/>
            </w:pPr>
            <w:r>
              <w:rPr>
                <w:sz w:val="18"/>
              </w:rPr>
              <w:t>—</w:t>
            </w:r>
          </w:p>
        </w:tc>
        <w:tc>
          <w:tcPr>
            <w:tcW w:w="1944" w:type="dxa"/>
            <w:shd w:val="clear" w:color="auto" w:fill="F0F1F2"/>
            <w:tcMar>
              <w:top w:w="90" w:type="dxa"/>
              <w:left w:w="120" w:type="dxa"/>
              <w:bottom w:w="90" w:type="dxa"/>
              <w:right w:w="120" w:type="dxa"/>
            </w:tcMar>
            <w:vAlign w:val="center"/>
          </w:tcPr>
          <w:p w14:paraId="5F5C0138" w14:textId="77777777" w:rsidR="00D61B79" w:rsidRDefault="00B901AA">
            <w:pPr>
              <w:spacing w:after="0"/>
              <w:jc w:val="center"/>
            </w:pPr>
            <w:r>
              <w:rPr>
                <w:b/>
                <w:sz w:val="18"/>
              </w:rPr>
              <w:t>Silver</w:t>
            </w:r>
          </w:p>
        </w:tc>
      </w:tr>
      <w:tr w:rsidR="00D61B79" w14:paraId="0994C05A" w14:textId="77777777">
        <w:tc>
          <w:tcPr>
            <w:tcW w:w="2952" w:type="dxa"/>
            <w:tcMar>
              <w:top w:w="90" w:type="dxa"/>
              <w:left w:w="120" w:type="dxa"/>
              <w:bottom w:w="90" w:type="dxa"/>
              <w:right w:w="120" w:type="dxa"/>
            </w:tcMar>
            <w:vAlign w:val="center"/>
          </w:tcPr>
          <w:p w14:paraId="2512DF13" w14:textId="77777777" w:rsidR="00D61B79" w:rsidRDefault="00B901AA">
            <w:pPr>
              <w:spacing w:after="0"/>
            </w:pPr>
            <w:r>
              <w:rPr>
                <w:b/>
                <w:sz w:val="18"/>
              </w:rPr>
              <w:t>Daniel Edgington</w:t>
            </w:r>
          </w:p>
        </w:tc>
        <w:tc>
          <w:tcPr>
            <w:tcW w:w="3384" w:type="dxa"/>
            <w:tcMar>
              <w:top w:w="90" w:type="dxa"/>
              <w:left w:w="120" w:type="dxa"/>
              <w:bottom w:w="90" w:type="dxa"/>
              <w:right w:w="120" w:type="dxa"/>
            </w:tcMar>
            <w:vAlign w:val="center"/>
          </w:tcPr>
          <w:p w14:paraId="6004A10F" w14:textId="77777777" w:rsidR="00D61B79" w:rsidRDefault="00B901AA">
            <w:pPr>
              <w:spacing w:after="0"/>
            </w:pPr>
            <w:r>
              <w:rPr>
                <w:sz w:val="18"/>
              </w:rPr>
              <w:t>Long Jump</w:t>
            </w:r>
          </w:p>
        </w:tc>
        <w:tc>
          <w:tcPr>
            <w:tcW w:w="1512" w:type="dxa"/>
            <w:tcMar>
              <w:top w:w="90" w:type="dxa"/>
              <w:left w:w="120" w:type="dxa"/>
              <w:bottom w:w="90" w:type="dxa"/>
              <w:right w:w="120" w:type="dxa"/>
            </w:tcMar>
            <w:vAlign w:val="center"/>
          </w:tcPr>
          <w:p w14:paraId="2CA3AF64" w14:textId="77777777" w:rsidR="00D61B79" w:rsidRDefault="00B901AA">
            <w:pPr>
              <w:spacing w:after="0"/>
              <w:jc w:val="center"/>
            </w:pPr>
            <w:r>
              <w:rPr>
                <w:sz w:val="18"/>
              </w:rPr>
              <w:t>—</w:t>
            </w:r>
          </w:p>
        </w:tc>
        <w:tc>
          <w:tcPr>
            <w:tcW w:w="1944" w:type="dxa"/>
            <w:shd w:val="clear" w:color="auto" w:fill="F6E1D1"/>
            <w:tcMar>
              <w:top w:w="90" w:type="dxa"/>
              <w:left w:w="120" w:type="dxa"/>
              <w:bottom w:w="90" w:type="dxa"/>
              <w:right w:w="120" w:type="dxa"/>
            </w:tcMar>
            <w:vAlign w:val="center"/>
          </w:tcPr>
          <w:p w14:paraId="1E8C5B3C" w14:textId="77777777" w:rsidR="00D61B79" w:rsidRDefault="00B901AA">
            <w:pPr>
              <w:spacing w:after="0"/>
              <w:jc w:val="center"/>
            </w:pPr>
            <w:r>
              <w:rPr>
                <w:b/>
                <w:sz w:val="18"/>
              </w:rPr>
              <w:t>Bronze</w:t>
            </w:r>
          </w:p>
        </w:tc>
      </w:tr>
      <w:tr w:rsidR="00D61B79" w14:paraId="37428097" w14:textId="77777777">
        <w:tc>
          <w:tcPr>
            <w:tcW w:w="2952" w:type="dxa"/>
            <w:tcMar>
              <w:top w:w="90" w:type="dxa"/>
              <w:left w:w="120" w:type="dxa"/>
              <w:bottom w:w="90" w:type="dxa"/>
              <w:right w:w="120" w:type="dxa"/>
            </w:tcMar>
            <w:vAlign w:val="center"/>
          </w:tcPr>
          <w:p w14:paraId="2AA3EEF9" w14:textId="77777777" w:rsidR="00D61B79" w:rsidRDefault="00B901AA">
            <w:pPr>
              <w:spacing w:after="0"/>
            </w:pPr>
            <w:r>
              <w:rPr>
                <w:b/>
                <w:sz w:val="18"/>
              </w:rPr>
              <w:t>Millie Smith</w:t>
            </w:r>
          </w:p>
        </w:tc>
        <w:tc>
          <w:tcPr>
            <w:tcW w:w="3384" w:type="dxa"/>
            <w:tcMar>
              <w:top w:w="90" w:type="dxa"/>
              <w:left w:w="120" w:type="dxa"/>
              <w:bottom w:w="90" w:type="dxa"/>
              <w:right w:w="120" w:type="dxa"/>
            </w:tcMar>
            <w:vAlign w:val="center"/>
          </w:tcPr>
          <w:p w14:paraId="6E139BB9" w14:textId="77777777" w:rsidR="00D61B79" w:rsidRDefault="00B901AA">
            <w:pPr>
              <w:spacing w:after="0"/>
            </w:pPr>
            <w:r>
              <w:rPr>
                <w:sz w:val="18"/>
              </w:rPr>
              <w:t>100m</w:t>
            </w:r>
          </w:p>
        </w:tc>
        <w:tc>
          <w:tcPr>
            <w:tcW w:w="1512" w:type="dxa"/>
            <w:tcMar>
              <w:top w:w="90" w:type="dxa"/>
              <w:left w:w="120" w:type="dxa"/>
              <w:bottom w:w="90" w:type="dxa"/>
              <w:right w:w="120" w:type="dxa"/>
            </w:tcMar>
            <w:vAlign w:val="center"/>
          </w:tcPr>
          <w:p w14:paraId="0149FD2D" w14:textId="77777777" w:rsidR="00D61B79" w:rsidRDefault="00B901AA">
            <w:pPr>
              <w:spacing w:after="0"/>
              <w:jc w:val="center"/>
            </w:pPr>
            <w:r>
              <w:rPr>
                <w:sz w:val="18"/>
              </w:rPr>
              <w:t>Heat 3</w:t>
            </w:r>
          </w:p>
        </w:tc>
        <w:tc>
          <w:tcPr>
            <w:tcW w:w="1944" w:type="dxa"/>
            <w:shd w:val="clear" w:color="auto" w:fill="F6E1D1"/>
            <w:tcMar>
              <w:top w:w="90" w:type="dxa"/>
              <w:left w:w="120" w:type="dxa"/>
              <w:bottom w:w="90" w:type="dxa"/>
              <w:right w:w="120" w:type="dxa"/>
            </w:tcMar>
            <w:vAlign w:val="center"/>
          </w:tcPr>
          <w:p w14:paraId="0E82494B" w14:textId="77777777" w:rsidR="00D61B79" w:rsidRDefault="00B901AA">
            <w:pPr>
              <w:spacing w:after="0"/>
              <w:jc w:val="center"/>
            </w:pPr>
            <w:r>
              <w:rPr>
                <w:b/>
                <w:sz w:val="18"/>
              </w:rPr>
              <w:t>Bronze</w:t>
            </w:r>
          </w:p>
        </w:tc>
      </w:tr>
      <w:tr w:rsidR="00D61B79" w14:paraId="0E17FDF4" w14:textId="77777777">
        <w:tc>
          <w:tcPr>
            <w:tcW w:w="2952" w:type="dxa"/>
            <w:tcMar>
              <w:top w:w="90" w:type="dxa"/>
              <w:left w:w="120" w:type="dxa"/>
              <w:bottom w:w="90" w:type="dxa"/>
              <w:right w:w="120" w:type="dxa"/>
            </w:tcMar>
            <w:vAlign w:val="center"/>
          </w:tcPr>
          <w:p w14:paraId="0D4BE4A2" w14:textId="77777777" w:rsidR="00D61B79" w:rsidRDefault="00B901AA">
            <w:pPr>
              <w:spacing w:after="0"/>
            </w:pPr>
            <w:r>
              <w:rPr>
                <w:b/>
                <w:sz w:val="18"/>
              </w:rPr>
              <w:t>Team Relay</w:t>
            </w:r>
          </w:p>
        </w:tc>
        <w:tc>
          <w:tcPr>
            <w:tcW w:w="3384" w:type="dxa"/>
            <w:tcMar>
              <w:top w:w="90" w:type="dxa"/>
              <w:left w:w="120" w:type="dxa"/>
              <w:bottom w:w="90" w:type="dxa"/>
              <w:right w:w="120" w:type="dxa"/>
            </w:tcMar>
            <w:vAlign w:val="center"/>
          </w:tcPr>
          <w:p w14:paraId="338EC676" w14:textId="77777777" w:rsidR="00D61B79" w:rsidRDefault="00B901AA">
            <w:pPr>
              <w:spacing w:after="0"/>
            </w:pPr>
            <w:r>
              <w:rPr>
                <w:sz w:val="18"/>
              </w:rPr>
              <w:t>4 x 100m Relay</w:t>
            </w:r>
          </w:p>
        </w:tc>
        <w:tc>
          <w:tcPr>
            <w:tcW w:w="1512" w:type="dxa"/>
            <w:tcMar>
              <w:top w:w="90" w:type="dxa"/>
              <w:left w:w="120" w:type="dxa"/>
              <w:bottom w:w="90" w:type="dxa"/>
              <w:right w:w="120" w:type="dxa"/>
            </w:tcMar>
            <w:vAlign w:val="center"/>
          </w:tcPr>
          <w:p w14:paraId="07606BC5" w14:textId="77777777" w:rsidR="00D61B79" w:rsidRDefault="00B901AA">
            <w:pPr>
              <w:spacing w:after="0"/>
              <w:jc w:val="center"/>
            </w:pPr>
            <w:r>
              <w:rPr>
                <w:sz w:val="18"/>
              </w:rPr>
              <w:t>—</w:t>
            </w:r>
          </w:p>
        </w:tc>
        <w:tc>
          <w:tcPr>
            <w:tcW w:w="1944" w:type="dxa"/>
            <w:shd w:val="clear" w:color="auto" w:fill="FFF4C4"/>
            <w:tcMar>
              <w:top w:w="90" w:type="dxa"/>
              <w:left w:w="120" w:type="dxa"/>
              <w:bottom w:w="90" w:type="dxa"/>
              <w:right w:w="120" w:type="dxa"/>
            </w:tcMar>
            <w:vAlign w:val="center"/>
          </w:tcPr>
          <w:p w14:paraId="1913224F" w14:textId="77777777" w:rsidR="00D61B79" w:rsidRDefault="00B901AA">
            <w:pPr>
              <w:spacing w:after="0"/>
              <w:jc w:val="center"/>
            </w:pPr>
            <w:r>
              <w:rPr>
                <w:b/>
                <w:sz w:val="18"/>
              </w:rPr>
              <w:t>Gold</w:t>
            </w:r>
          </w:p>
        </w:tc>
      </w:tr>
    </w:tbl>
    <w:p w14:paraId="49763788" w14:textId="77777777" w:rsidR="00D61B79" w:rsidRDefault="00B901AA">
      <w:pPr>
        <w:pStyle w:val="Heading1"/>
      </w:pPr>
      <w:r>
        <w:t>Athletics medal summary</w:t>
      </w:r>
    </w:p>
    <w:tbl>
      <w:tblPr>
        <w:tblW w:w="9792" w:type="dxa"/>
        <w:jc w:val="center"/>
        <w:tblLayout w:type="fixed"/>
        <w:tblLook w:val="04A0" w:firstRow="1" w:lastRow="0" w:firstColumn="1" w:lastColumn="0" w:noHBand="0" w:noVBand="1"/>
      </w:tblPr>
      <w:tblGrid>
        <w:gridCol w:w="2448"/>
        <w:gridCol w:w="2448"/>
        <w:gridCol w:w="2448"/>
        <w:gridCol w:w="2448"/>
      </w:tblGrid>
      <w:tr w:rsidR="00D61B79" w14:paraId="40D015EC" w14:textId="77777777">
        <w:trPr>
          <w:jc w:val="center"/>
        </w:trPr>
        <w:tc>
          <w:tcPr>
            <w:tcW w:w="2448" w:type="dxa"/>
            <w:shd w:val="clear" w:color="auto" w:fill="EEF4FA"/>
            <w:tcMar>
              <w:top w:w="100" w:type="dxa"/>
              <w:left w:w="60" w:type="dxa"/>
              <w:bottom w:w="100" w:type="dxa"/>
              <w:right w:w="60" w:type="dxa"/>
            </w:tcMar>
          </w:tcPr>
          <w:p w14:paraId="573D3798" w14:textId="68C111B3" w:rsidR="00D61B79" w:rsidRDefault="006B5447">
            <w:pPr>
              <w:spacing w:after="0"/>
              <w:jc w:val="center"/>
            </w:pPr>
            <w:r>
              <w:rPr>
                <w:b/>
                <w:color w:val="D4AF37"/>
                <w:sz w:val="38"/>
              </w:rPr>
              <w:t>4</w:t>
            </w:r>
            <w:r w:rsidR="00B901AA">
              <w:rPr>
                <w:b/>
                <w:color w:val="D4AF37"/>
                <w:sz w:val="38"/>
              </w:rPr>
              <w:br/>
            </w:r>
            <w:r w:rsidR="00B901AA">
              <w:rPr>
                <w:b/>
                <w:color w:val="102A43"/>
                <w:sz w:val="16"/>
              </w:rPr>
              <w:t>GOLD</w:t>
            </w:r>
          </w:p>
        </w:tc>
        <w:tc>
          <w:tcPr>
            <w:tcW w:w="2448" w:type="dxa"/>
            <w:shd w:val="clear" w:color="auto" w:fill="EEF4FA"/>
            <w:tcMar>
              <w:top w:w="100" w:type="dxa"/>
              <w:left w:w="60" w:type="dxa"/>
              <w:bottom w:w="100" w:type="dxa"/>
              <w:right w:w="60" w:type="dxa"/>
            </w:tcMar>
          </w:tcPr>
          <w:p w14:paraId="628A9E3B" w14:textId="77777777" w:rsidR="00D61B79" w:rsidRDefault="00B901AA">
            <w:pPr>
              <w:spacing w:after="0"/>
              <w:jc w:val="center"/>
            </w:pPr>
            <w:r>
              <w:rPr>
                <w:b/>
                <w:color w:val="A7A9AC"/>
                <w:sz w:val="38"/>
              </w:rPr>
              <w:t>2</w:t>
            </w:r>
            <w:r>
              <w:rPr>
                <w:b/>
                <w:color w:val="A7A9AC"/>
                <w:sz w:val="38"/>
              </w:rPr>
              <w:br/>
            </w:r>
            <w:r>
              <w:rPr>
                <w:b/>
                <w:color w:val="102A43"/>
                <w:sz w:val="16"/>
              </w:rPr>
              <w:t>SILVER</w:t>
            </w:r>
          </w:p>
        </w:tc>
        <w:tc>
          <w:tcPr>
            <w:tcW w:w="2448" w:type="dxa"/>
            <w:shd w:val="clear" w:color="auto" w:fill="EEF4FA"/>
            <w:tcMar>
              <w:top w:w="100" w:type="dxa"/>
              <w:left w:w="60" w:type="dxa"/>
              <w:bottom w:w="100" w:type="dxa"/>
              <w:right w:w="60" w:type="dxa"/>
            </w:tcMar>
          </w:tcPr>
          <w:p w14:paraId="7AE5195E" w14:textId="54FAE30B" w:rsidR="00D61B79" w:rsidRDefault="006B5447">
            <w:pPr>
              <w:spacing w:after="0"/>
              <w:jc w:val="center"/>
            </w:pPr>
            <w:r>
              <w:rPr>
                <w:b/>
                <w:color w:val="B87333"/>
                <w:sz w:val="38"/>
              </w:rPr>
              <w:t>2</w:t>
            </w:r>
            <w:r w:rsidR="00B901AA">
              <w:rPr>
                <w:b/>
                <w:color w:val="B87333"/>
                <w:sz w:val="38"/>
              </w:rPr>
              <w:br/>
            </w:r>
            <w:r w:rsidR="00B901AA">
              <w:rPr>
                <w:b/>
                <w:color w:val="102A43"/>
                <w:sz w:val="16"/>
              </w:rPr>
              <w:t>BRONZE</w:t>
            </w:r>
          </w:p>
        </w:tc>
        <w:tc>
          <w:tcPr>
            <w:tcW w:w="2448" w:type="dxa"/>
            <w:shd w:val="clear" w:color="auto" w:fill="EEF4FA"/>
            <w:tcMar>
              <w:top w:w="100" w:type="dxa"/>
              <w:left w:w="60" w:type="dxa"/>
              <w:bottom w:w="100" w:type="dxa"/>
              <w:right w:w="60" w:type="dxa"/>
            </w:tcMar>
          </w:tcPr>
          <w:p w14:paraId="420B267B" w14:textId="77777777" w:rsidR="00D61B79" w:rsidRDefault="00B901AA">
            <w:pPr>
              <w:spacing w:after="0"/>
              <w:jc w:val="center"/>
            </w:pPr>
            <w:r>
              <w:rPr>
                <w:b/>
                <w:color w:val="1A5DAA"/>
                <w:sz w:val="38"/>
              </w:rPr>
              <w:t>8</w:t>
            </w:r>
            <w:r>
              <w:rPr>
                <w:b/>
                <w:color w:val="1A5DAA"/>
                <w:sz w:val="38"/>
              </w:rPr>
              <w:br/>
            </w:r>
            <w:r>
              <w:rPr>
                <w:b/>
                <w:color w:val="102A43"/>
                <w:sz w:val="16"/>
              </w:rPr>
              <w:t>TOTAL MEDALS</w:t>
            </w:r>
          </w:p>
        </w:tc>
      </w:tr>
    </w:tbl>
    <w:p w14:paraId="29A9F861" w14:textId="08526CB3" w:rsidR="007F555C" w:rsidRDefault="007F555C" w:rsidP="007F555C">
      <w:pPr>
        <w:spacing w:before="240"/>
        <w:rPr>
          <w:b/>
          <w:color w:val="1F497D" w:themeColor="text2"/>
          <w:sz w:val="32"/>
          <w:szCs w:val="32"/>
        </w:rPr>
      </w:pPr>
      <w:r w:rsidRPr="007F555C">
        <w:rPr>
          <w:b/>
          <w:color w:val="1F497D" w:themeColor="text2"/>
          <w:sz w:val="32"/>
          <w:szCs w:val="32"/>
        </w:rPr>
        <w:t>Boccia</w:t>
      </w:r>
    </w:p>
    <w:p w14:paraId="4EDC666C" w14:textId="2065E23C" w:rsidR="007F555C" w:rsidRPr="007F555C" w:rsidRDefault="007F555C" w:rsidP="007F555C">
      <w:pPr>
        <w:spacing w:before="240"/>
        <w:rPr>
          <w:bCs/>
          <w:color w:val="000000" w:themeColor="text1"/>
          <w:sz w:val="20"/>
          <w:szCs w:val="20"/>
        </w:rPr>
      </w:pPr>
      <w:r>
        <w:rPr>
          <w:bCs/>
          <w:color w:val="000000" w:themeColor="text1"/>
          <w:sz w:val="20"/>
          <w:szCs w:val="20"/>
        </w:rPr>
        <w:t xml:space="preserve">Emre and Robbie formed our Individual Boccia team for some nail-biting games, with Emre picking up fourth place and Robbie a fifth is a hotly contested division.  Huge thanks to parental support from Feray and Agata for making the trip and being there every step of the way.  Hopefully we can plan towards hosting our own Boccia event once we have recovered from this one! </w:t>
      </w:r>
    </w:p>
    <w:p w14:paraId="3BF925B4" w14:textId="77777777" w:rsidR="007F555C" w:rsidRDefault="007F555C">
      <w:pPr>
        <w:spacing w:before="240"/>
        <w:jc w:val="center"/>
        <w:rPr>
          <w:b/>
          <w:color w:val="E31B23"/>
          <w:sz w:val="24"/>
        </w:rPr>
      </w:pPr>
    </w:p>
    <w:p w14:paraId="09E5E564" w14:textId="78AA6532" w:rsidR="00D61B79" w:rsidRDefault="00B901AA">
      <w:pPr>
        <w:spacing w:before="240"/>
        <w:jc w:val="center"/>
      </w:pPr>
      <w:r>
        <w:rPr>
          <w:b/>
          <w:color w:val="E31B23"/>
          <w:sz w:val="24"/>
        </w:rPr>
        <w:t>A fantastic achievement for Special Olympics St Albans at the National Summer Games - congratulations to all of our athletes!</w:t>
      </w:r>
    </w:p>
    <w:p w14:paraId="539DDAF5" w14:textId="77777777" w:rsidR="00D61B79" w:rsidRDefault="00B901AA">
      <w:r>
        <w:br w:type="page"/>
      </w:r>
    </w:p>
    <w:p w14:paraId="69E5DA98" w14:textId="77777777" w:rsidR="00D61B79" w:rsidRDefault="00B901AA">
      <w:pPr>
        <w:pStyle w:val="Heading1"/>
      </w:pPr>
      <w:r>
        <w:lastRenderedPageBreak/>
        <w:t>Athletes in action</w:t>
      </w:r>
    </w:p>
    <w:p w14:paraId="31FFE125" w14:textId="77777777" w:rsidR="00D61B79" w:rsidRDefault="00B901AA">
      <w:r>
        <w:t>Across athletics, swimming and boccia, our athletes competed with focus, determination and joy. Every performance was cheered on by a wonderfully supportive SOSA crowd.</w:t>
      </w:r>
    </w:p>
    <w:p w14:paraId="406D1FCF" w14:textId="77777777" w:rsidR="00D61B79" w:rsidRDefault="00B901AA">
      <w:pPr>
        <w:spacing w:after="60"/>
        <w:jc w:val="center"/>
      </w:pPr>
      <w:r>
        <w:rPr>
          <w:noProof/>
        </w:rPr>
        <w:drawing>
          <wp:inline distT="0" distB="0" distL="0" distR="0" wp14:anchorId="17DB9C18" wp14:editId="5EFFF20C">
            <wp:extent cx="6172200" cy="73294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lery_1.jpg"/>
                    <pic:cNvPicPr/>
                  </pic:nvPicPr>
                  <pic:blipFill>
                    <a:blip r:embed="rId11"/>
                    <a:stretch>
                      <a:fillRect/>
                    </a:stretch>
                  </pic:blipFill>
                  <pic:spPr>
                    <a:xfrm>
                      <a:off x="0" y="0"/>
                      <a:ext cx="6172200" cy="7329488"/>
                    </a:xfrm>
                    <a:prstGeom prst="rect">
                      <a:avLst/>
                    </a:prstGeom>
                  </pic:spPr>
                </pic:pic>
              </a:graphicData>
            </a:graphic>
          </wp:inline>
        </w:drawing>
      </w:r>
    </w:p>
    <w:p w14:paraId="356A1A19" w14:textId="77777777" w:rsidR="00D61B79" w:rsidRDefault="00B901AA">
      <w:r>
        <w:br w:type="page"/>
      </w:r>
    </w:p>
    <w:p w14:paraId="4277F903" w14:textId="77777777" w:rsidR="00D61B79" w:rsidRDefault="00B901AA">
      <w:pPr>
        <w:pStyle w:val="Heading1"/>
      </w:pPr>
      <w:r>
        <w:lastRenderedPageBreak/>
        <w:t>Podium pride</w:t>
      </w:r>
    </w:p>
    <w:p w14:paraId="0F98D052" w14:textId="77777777" w:rsidR="00D61B79" w:rsidRDefault="00B901AA">
      <w:r>
        <w:t>These brilliant medal moments capture the pride, excitement and sense of achievement shared by our athletes, coaches, families and friends.</w:t>
      </w:r>
    </w:p>
    <w:p w14:paraId="747C804D" w14:textId="77777777" w:rsidR="00D61B79" w:rsidRDefault="00B901AA">
      <w:pPr>
        <w:spacing w:after="60"/>
        <w:jc w:val="center"/>
      </w:pPr>
      <w:r>
        <w:rPr>
          <w:noProof/>
        </w:rPr>
        <w:drawing>
          <wp:inline distT="0" distB="0" distL="0" distR="0" wp14:anchorId="1BF5B271" wp14:editId="3BCB6B19">
            <wp:extent cx="6172200" cy="732948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lery_2.jpg"/>
                    <pic:cNvPicPr/>
                  </pic:nvPicPr>
                  <pic:blipFill>
                    <a:blip r:embed="rId12"/>
                    <a:stretch>
                      <a:fillRect/>
                    </a:stretch>
                  </pic:blipFill>
                  <pic:spPr>
                    <a:xfrm>
                      <a:off x="0" y="0"/>
                      <a:ext cx="6172200" cy="7329488"/>
                    </a:xfrm>
                    <a:prstGeom prst="rect">
                      <a:avLst/>
                    </a:prstGeom>
                  </pic:spPr>
                </pic:pic>
              </a:graphicData>
            </a:graphic>
          </wp:inline>
        </w:drawing>
      </w:r>
    </w:p>
    <w:p w14:paraId="6752F1BF" w14:textId="77777777" w:rsidR="00D61B79" w:rsidRDefault="00B901AA">
      <w:r>
        <w:br w:type="page"/>
      </w:r>
    </w:p>
    <w:p w14:paraId="74111C40" w14:textId="77777777" w:rsidR="00D61B79" w:rsidRDefault="00B901AA">
      <w:pPr>
        <w:pStyle w:val="Heading1"/>
      </w:pPr>
      <w:r>
        <w:lastRenderedPageBreak/>
        <w:t>Teamwork across the Games</w:t>
      </w:r>
    </w:p>
    <w:p w14:paraId="4F75CAB8" w14:textId="77777777" w:rsidR="00D61B79" w:rsidRDefault="00B901AA">
      <w:r>
        <w:t>The Games brought together athletes from different sports and celebrated every placing. The friendships, encouragement and team spirit were every bit as important as the medals.</w:t>
      </w:r>
    </w:p>
    <w:p w14:paraId="74EEDE44" w14:textId="77777777" w:rsidR="00D61B79" w:rsidRDefault="00B901AA">
      <w:pPr>
        <w:spacing w:after="60"/>
        <w:jc w:val="center"/>
      </w:pPr>
      <w:r>
        <w:rPr>
          <w:noProof/>
        </w:rPr>
        <w:drawing>
          <wp:inline distT="0" distB="0" distL="0" distR="0" wp14:anchorId="05D873F4" wp14:editId="5BE51142">
            <wp:extent cx="6172200" cy="732948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lery_3.jpg"/>
                    <pic:cNvPicPr/>
                  </pic:nvPicPr>
                  <pic:blipFill>
                    <a:blip r:embed="rId13"/>
                    <a:stretch>
                      <a:fillRect/>
                    </a:stretch>
                  </pic:blipFill>
                  <pic:spPr>
                    <a:xfrm>
                      <a:off x="0" y="0"/>
                      <a:ext cx="6172200" cy="7329488"/>
                    </a:xfrm>
                    <a:prstGeom prst="rect">
                      <a:avLst/>
                    </a:prstGeom>
                  </pic:spPr>
                </pic:pic>
              </a:graphicData>
            </a:graphic>
          </wp:inline>
        </w:drawing>
      </w:r>
    </w:p>
    <w:p w14:paraId="0AD1C65A" w14:textId="77777777" w:rsidR="00D61B79" w:rsidRDefault="00B901AA">
      <w:r>
        <w:br w:type="page"/>
      </w:r>
    </w:p>
    <w:p w14:paraId="2CB310AF" w14:textId="77777777" w:rsidR="00D61B79" w:rsidRDefault="00B901AA">
      <w:pPr>
        <w:pStyle w:val="Heading1"/>
      </w:pPr>
      <w:r>
        <w:lastRenderedPageBreak/>
        <w:t>More than medals</w:t>
      </w:r>
    </w:p>
    <w:p w14:paraId="6C93E6EF" w14:textId="77777777" w:rsidR="00D61B79" w:rsidRDefault="00B901AA">
      <w:r>
        <w:t>The numbers tell only one part of the story. The Games were also about independence, confidence, new friendships, supporting teammates and creating memories that will last long after the final event.</w:t>
      </w:r>
    </w:p>
    <w:tbl>
      <w:tblPr>
        <w:tblW w:w="9072" w:type="dxa"/>
        <w:jc w:val="center"/>
        <w:tblLayout w:type="fixed"/>
        <w:tblLook w:val="04A0" w:firstRow="1" w:lastRow="0" w:firstColumn="1" w:lastColumn="0" w:noHBand="0" w:noVBand="1"/>
      </w:tblPr>
      <w:tblGrid>
        <w:gridCol w:w="4536"/>
        <w:gridCol w:w="4536"/>
      </w:tblGrid>
      <w:tr w:rsidR="00D61B79" w14:paraId="021F1614" w14:textId="77777777">
        <w:trPr>
          <w:jc w:val="center"/>
        </w:trPr>
        <w:tc>
          <w:tcPr>
            <w:tcW w:w="4536" w:type="dxa"/>
            <w:tcMar>
              <w:top w:w="40" w:type="dxa"/>
              <w:left w:w="40" w:type="dxa"/>
              <w:bottom w:w="20" w:type="dxa"/>
              <w:right w:w="40" w:type="dxa"/>
            </w:tcMar>
          </w:tcPr>
          <w:p w14:paraId="010F451B" w14:textId="77777777" w:rsidR="00D61B79" w:rsidRDefault="00B901AA">
            <w:pPr>
              <w:jc w:val="center"/>
            </w:pPr>
            <w:r>
              <w:rPr>
                <w:noProof/>
              </w:rPr>
              <w:drawing>
                <wp:inline distT="0" distB="0" distL="0" distR="0" wp14:anchorId="7DD404F6" wp14:editId="49CF5876">
                  <wp:extent cx="2697480" cy="20231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s.jfif"/>
                          <pic:cNvPicPr/>
                        </pic:nvPicPr>
                        <pic:blipFill>
                          <a:blip r:embed="rId14"/>
                          <a:stretch>
                            <a:fillRect/>
                          </a:stretch>
                        </pic:blipFill>
                        <pic:spPr>
                          <a:xfrm>
                            <a:off x="0" y="0"/>
                            <a:ext cx="2697480" cy="2023110"/>
                          </a:xfrm>
                          <a:prstGeom prst="rect">
                            <a:avLst/>
                          </a:prstGeom>
                        </pic:spPr>
                      </pic:pic>
                    </a:graphicData>
                  </a:graphic>
                </wp:inline>
              </w:drawing>
            </w:r>
          </w:p>
        </w:tc>
        <w:tc>
          <w:tcPr>
            <w:tcW w:w="4536" w:type="dxa"/>
            <w:tcMar>
              <w:top w:w="40" w:type="dxa"/>
              <w:left w:w="40" w:type="dxa"/>
              <w:bottom w:w="20" w:type="dxa"/>
              <w:right w:w="40" w:type="dxa"/>
            </w:tcMar>
          </w:tcPr>
          <w:p w14:paraId="41DACE09" w14:textId="77777777" w:rsidR="00D61B79" w:rsidRDefault="00B901AA">
            <w:pPr>
              <w:jc w:val="center"/>
            </w:pPr>
            <w:r>
              <w:rPr>
                <w:noProof/>
              </w:rPr>
              <w:drawing>
                <wp:inline distT="0" distB="0" distL="0" distR="0" wp14:anchorId="328193E4" wp14:editId="30135052">
                  <wp:extent cx="2697480" cy="35966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ndy.jfif"/>
                          <pic:cNvPicPr/>
                        </pic:nvPicPr>
                        <pic:blipFill>
                          <a:blip r:embed="rId15"/>
                          <a:stretch>
                            <a:fillRect/>
                          </a:stretch>
                        </pic:blipFill>
                        <pic:spPr>
                          <a:xfrm>
                            <a:off x="0" y="0"/>
                            <a:ext cx="2697480" cy="3596640"/>
                          </a:xfrm>
                          <a:prstGeom prst="rect">
                            <a:avLst/>
                          </a:prstGeom>
                        </pic:spPr>
                      </pic:pic>
                    </a:graphicData>
                  </a:graphic>
                </wp:inline>
              </w:drawing>
            </w:r>
          </w:p>
        </w:tc>
      </w:tr>
      <w:tr w:rsidR="00D61B79" w14:paraId="14A1DC81" w14:textId="77777777">
        <w:trPr>
          <w:jc w:val="center"/>
        </w:trPr>
        <w:tc>
          <w:tcPr>
            <w:tcW w:w="4536" w:type="dxa"/>
            <w:tcMar>
              <w:top w:w="90" w:type="dxa"/>
              <w:left w:w="120" w:type="dxa"/>
              <w:bottom w:w="90" w:type="dxa"/>
              <w:right w:w="120" w:type="dxa"/>
            </w:tcMar>
            <w:vAlign w:val="center"/>
          </w:tcPr>
          <w:p w14:paraId="7D9E9DEE" w14:textId="77777777" w:rsidR="00D61B79" w:rsidRDefault="00B901AA">
            <w:pPr>
              <w:spacing w:after="0"/>
              <w:jc w:val="center"/>
            </w:pPr>
            <w:r>
              <w:rPr>
                <w:color w:val="5B6770"/>
                <w:sz w:val="16"/>
              </w:rPr>
              <w:t>Together with Perry at Alexander Stadium</w:t>
            </w:r>
          </w:p>
        </w:tc>
        <w:tc>
          <w:tcPr>
            <w:tcW w:w="4536" w:type="dxa"/>
            <w:tcMar>
              <w:top w:w="90" w:type="dxa"/>
              <w:left w:w="120" w:type="dxa"/>
              <w:bottom w:w="90" w:type="dxa"/>
              <w:right w:w="120" w:type="dxa"/>
            </w:tcMar>
            <w:vAlign w:val="center"/>
          </w:tcPr>
          <w:p w14:paraId="491DBB28" w14:textId="77777777" w:rsidR="00D61B79" w:rsidRDefault="00B901AA">
            <w:pPr>
              <w:spacing w:after="0"/>
              <w:jc w:val="center"/>
            </w:pPr>
            <w:r>
              <w:rPr>
                <w:color w:val="5B6770"/>
                <w:sz w:val="16"/>
              </w:rPr>
              <w:t>Support, smiles and special memories</w:t>
            </w:r>
          </w:p>
        </w:tc>
      </w:tr>
    </w:tbl>
    <w:p w14:paraId="2094F4B7" w14:textId="77777777" w:rsidR="00D61B79" w:rsidRDefault="00B901AA">
      <w:pPr>
        <w:pStyle w:val="Heading1"/>
      </w:pPr>
      <w:r>
        <w:t>Moments to remember</w:t>
      </w:r>
    </w:p>
    <w:p w14:paraId="0D7CDEA2" w14:textId="77777777" w:rsidR="00D61B79" w:rsidRDefault="00B901AA">
      <w:r>
        <w:t>From the excitement of the athlete parade to the focus of competition and the joy of celebrating together, Team SOSA embraced every opportunity. We hope every athlete feels proud of what they achieved - whether that meant winning a medal, completing an event, overcoming nerves or cheering on a teammate.</w:t>
      </w:r>
    </w:p>
    <w:p w14:paraId="0A75B1A4" w14:textId="77777777" w:rsidR="00D61B79" w:rsidRDefault="00B901AA">
      <w:pPr>
        <w:spacing w:after="60"/>
        <w:jc w:val="center"/>
      </w:pPr>
      <w:r>
        <w:rPr>
          <w:noProof/>
        </w:rPr>
        <w:drawing>
          <wp:inline distT="0" distB="0" distL="0" distR="0" wp14:anchorId="6FFD1FFF" wp14:editId="5CC15B0B">
            <wp:extent cx="1920240" cy="25603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cfc2e32-7a0f-42f8-abe5-e5a552eb8cd8.png"/>
                    <pic:cNvPicPr/>
                  </pic:nvPicPr>
                  <pic:blipFill>
                    <a:blip r:embed="rId16"/>
                    <a:stretch>
                      <a:fillRect/>
                    </a:stretch>
                  </pic:blipFill>
                  <pic:spPr>
                    <a:xfrm>
                      <a:off x="0" y="0"/>
                      <a:ext cx="1920240" cy="2560320"/>
                    </a:xfrm>
                    <a:prstGeom prst="rect">
                      <a:avLst/>
                    </a:prstGeom>
                  </pic:spPr>
                </pic:pic>
              </a:graphicData>
            </a:graphic>
          </wp:inline>
        </w:drawing>
      </w:r>
    </w:p>
    <w:p w14:paraId="602C8A50" w14:textId="77777777" w:rsidR="00D61B79" w:rsidRDefault="00B901AA">
      <w:pPr>
        <w:spacing w:after="160"/>
        <w:jc w:val="center"/>
      </w:pPr>
      <w:r>
        <w:rPr>
          <w:i/>
          <w:color w:val="5B6770"/>
          <w:sz w:val="17"/>
        </w:rPr>
        <w:t>A proud podium moment</w:t>
      </w:r>
    </w:p>
    <w:tbl>
      <w:tblPr>
        <w:tblW w:w="9792" w:type="dxa"/>
        <w:jc w:val="center"/>
        <w:tblLayout w:type="fixed"/>
        <w:tblLook w:val="04A0" w:firstRow="1" w:lastRow="0" w:firstColumn="1" w:lastColumn="0" w:noHBand="0" w:noVBand="1"/>
      </w:tblPr>
      <w:tblGrid>
        <w:gridCol w:w="9792"/>
      </w:tblGrid>
      <w:tr w:rsidR="00D61B79" w14:paraId="7ED35C14" w14:textId="77777777">
        <w:trPr>
          <w:jc w:val="center"/>
        </w:trPr>
        <w:tc>
          <w:tcPr>
            <w:tcW w:w="9792" w:type="dxa"/>
            <w:shd w:val="clear" w:color="auto" w:fill="E31B23"/>
            <w:tcMar>
              <w:top w:w="90" w:type="dxa"/>
              <w:left w:w="120" w:type="dxa"/>
              <w:bottom w:w="90" w:type="dxa"/>
              <w:right w:w="120" w:type="dxa"/>
            </w:tcMar>
            <w:vAlign w:val="center"/>
          </w:tcPr>
          <w:p w14:paraId="27C2FF92" w14:textId="77777777" w:rsidR="00D61B79" w:rsidRDefault="00B901AA">
            <w:pPr>
              <w:spacing w:after="0"/>
              <w:jc w:val="center"/>
            </w:pPr>
            <w:r>
              <w:rPr>
                <w:b/>
                <w:color w:val="FFFFFF"/>
                <w:sz w:val="26"/>
              </w:rPr>
              <w:t>THANK YOU, TEAM SOSA!</w:t>
            </w:r>
            <w:r>
              <w:rPr>
                <w:b/>
                <w:color w:val="FFFFFF"/>
                <w:sz w:val="26"/>
              </w:rPr>
              <w:br/>
              <w:t>Athletes • Parents • Carers • Coaches • Volunteers</w:t>
            </w:r>
          </w:p>
        </w:tc>
      </w:tr>
    </w:tbl>
    <w:p w14:paraId="0D805584" w14:textId="77777777" w:rsidR="00D61B79" w:rsidRDefault="00B901AA">
      <w:pPr>
        <w:jc w:val="center"/>
      </w:pPr>
      <w:r>
        <w:t>We are incredibly proud of you all. Thank you for representing Special Olympics St Albans with such warmth, courage and team spirit.</w:t>
      </w:r>
    </w:p>
    <w:sectPr w:rsidR="00D61B79" w:rsidSect="00034616">
      <w:headerReference w:type="default" r:id="rId17"/>
      <w:footerReference w:type="default" r:id="rId18"/>
      <w:pgSz w:w="11905" w:h="16838"/>
      <w:pgMar w:top="749" w:right="979" w:bottom="792" w:left="979"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DD8BB" w14:textId="77777777" w:rsidR="007375BC" w:rsidRDefault="007375BC">
      <w:pPr>
        <w:spacing w:after="0" w:line="240" w:lineRule="auto"/>
      </w:pPr>
      <w:r>
        <w:separator/>
      </w:r>
    </w:p>
  </w:endnote>
  <w:endnote w:type="continuationSeparator" w:id="0">
    <w:p w14:paraId="30EEFA99" w14:textId="77777777" w:rsidR="007375BC" w:rsidRDefault="00737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F30D" w14:textId="77777777" w:rsidR="00D61B79" w:rsidRDefault="00B901AA">
    <w:pPr>
      <w:pStyle w:val="Footer"/>
      <w:jc w:val="center"/>
    </w:pPr>
    <w:r>
      <w:rPr>
        <w:color w:val="5B6770"/>
        <w:sz w:val="16"/>
      </w:rPr>
      <w:t>Special Olympics St Albans  •  Celebrating courage, joy and achievement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B2729" w14:textId="77777777" w:rsidR="007375BC" w:rsidRDefault="007375BC">
      <w:pPr>
        <w:spacing w:after="0" w:line="240" w:lineRule="auto"/>
      </w:pPr>
      <w:r>
        <w:separator/>
      </w:r>
    </w:p>
  </w:footnote>
  <w:footnote w:type="continuationSeparator" w:id="0">
    <w:p w14:paraId="599F9840" w14:textId="77777777" w:rsidR="007375BC" w:rsidRDefault="00737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2635" w14:textId="77777777" w:rsidR="00D61B79" w:rsidRDefault="00B901AA">
    <w:pPr>
      <w:pStyle w:val="Header"/>
      <w:jc w:val="center"/>
    </w:pPr>
    <w:r>
      <w:rPr>
        <w:b/>
        <w:color w:val="E31B23"/>
        <w:sz w:val="16"/>
      </w:rPr>
      <w:t>SPECIAL OLYMPICS ST ALBANS  |  NATIONAL SUMMER GAMES SPECIAL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9385569">
    <w:abstractNumId w:val="8"/>
  </w:num>
  <w:num w:numId="2" w16cid:durableId="1599872819">
    <w:abstractNumId w:val="6"/>
  </w:num>
  <w:num w:numId="3" w16cid:durableId="774054997">
    <w:abstractNumId w:val="5"/>
  </w:num>
  <w:num w:numId="4" w16cid:durableId="1615212427">
    <w:abstractNumId w:val="4"/>
  </w:num>
  <w:num w:numId="5" w16cid:durableId="1670937806">
    <w:abstractNumId w:val="7"/>
  </w:num>
  <w:num w:numId="6" w16cid:durableId="468715038">
    <w:abstractNumId w:val="3"/>
  </w:num>
  <w:num w:numId="7" w16cid:durableId="1303345066">
    <w:abstractNumId w:val="2"/>
  </w:num>
  <w:num w:numId="8" w16cid:durableId="22175547">
    <w:abstractNumId w:val="1"/>
  </w:num>
  <w:num w:numId="9" w16cid:durableId="607390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23226"/>
    <w:rsid w:val="006B5447"/>
    <w:rsid w:val="007375BC"/>
    <w:rsid w:val="007F555C"/>
    <w:rsid w:val="009B4ACD"/>
    <w:rsid w:val="00AA1D8D"/>
    <w:rsid w:val="00B47730"/>
    <w:rsid w:val="00B901AA"/>
    <w:rsid w:val="00CB0664"/>
    <w:rsid w:val="00D40A91"/>
    <w:rsid w:val="00D61B79"/>
    <w:rsid w:val="00D9104B"/>
    <w:rsid w:val="00E96BC7"/>
    <w:rsid w:val="00F56A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8C8ED1"/>
  <w14:defaultImageDpi w14:val="300"/>
  <w15:docId w15:val="{74B41E73-AD81-4634-9999-52F95B6F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203040"/>
      <w:sz w:val="21"/>
    </w:rPr>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b/>
      <w:bCs/>
      <w:color w:val="1A5DAA"/>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02A43"/>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fif"/><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fif"/><Relationship Id="rId10" Type="http://schemas.openxmlformats.org/officeDocument/2006/relationships/image" Target="media/image3.jfi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fif"/><Relationship Id="rId14" Type="http://schemas.openxmlformats.org/officeDocument/2006/relationships/image" Target="media/image7.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Olympics St Albans - National Summer Games Special Newsletter</dc:title>
  <dc:subject>Celebrating Team SOSA at the Special Olympics GB National Summer Games, Birmingham 2026</dc:subject>
  <dc:creator>Special Olympics St Albans</dc:creator>
  <cp:keywords/>
  <dc:description>generated by python-docx</dc:description>
  <cp:lastModifiedBy>Danielle White</cp:lastModifiedBy>
  <cp:revision>5</cp:revision>
  <dcterms:created xsi:type="dcterms:W3CDTF">2026-09-03T14:24:00Z</dcterms:created>
  <dcterms:modified xsi:type="dcterms:W3CDTF">2026-09-06T12:43:00Z</dcterms:modified>
  <cp:category/>
</cp:coreProperties>
</file>